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В.В.Чубаря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Чубаря Валерия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