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476-О/2025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Рассказчикова Евгения Ивановича на нарушение его конституционных прав статьей 60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по требованию гражданина Е.И.Рассказчикова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Е.И.Рассказчиков оспаривает конституционность статьи 60 «Допустимость доказательств» ГПК Российской Федерации. Решением суда общей юрисдикции, оставленным без изменения судом апелляционной инстанции и кассационным судом общей юрисдикции, Е.И.Рассказчикову отказано в удовлетворении встречного иска о признании сделок недействительными, применении последствий их недействительности. Определением судьи Верховного Суда Российской Федерации заявителю было отказано в передаче кассационной жалобы для рассмотрения в судебном заседании Судебной коллегии по гражданским делам этого суда. 2 По мнению Е.И.Рассказчикова, оспариваемое законоположение не соответствует статье 46 (часть 1) Конституции Российской Федерации, поскольку предоставляет суду право отказывать в приобщении к материалам дела доказательств, предоставленных стороной в обоснование своей позиции. Кроме того, заявитель просит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60 ГПК Российской Федерации, устанавливающая императивное правило оценки судом допустимости доказательств в гражданском процессе и рассматриваемая во взаимосвязи с другими предписаниями этого же Кодекса, в том числе закрепленными в его статье 2, части второй статьи 55, статьях 67, 195 и части четвертой статьи 198, призвана обеспечить принятие судом законного и обоснованного решения, не допускает немотивированного и необоснованного отказа в приобщении к материалам дела документов, а потому не может расцениваться в качестве нарушающей конституционные права заявителя. Как следует из жалобы, формально оспаривая конституционность данной нормы, Е.И.Рассказчиков фактически просит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Рассказчикова Евгения Ивановича,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