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гражданки Заверюхи Людмилы Сергеевны об исправлении неточностей в Определении Конституционного Суда Российской Федерации от 29 апреля 2025 года № 921-О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ходатайства гражданки Л.С.Заверюхи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Конституционного Суда Российской Федерации от 29 апреля 2025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82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гражданки Заверюхи Людмилы Сергеевны об исправлении неточностей в Определении Конституционного Суда Российской Федерации от 29 апреля 2025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