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Конева Алексея Федоровича о разъяснении Определения Конституционного Суда Российской Федерации от 29 октября 2024 года № 2649-О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А.Ф.Конева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А.Ф.Конева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Конева Алексея Федоровича о разъяснении Определения Конституционного Суда Российской Федерации от 29 октября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