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У.Б.Багановой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Багановой Умгайбат Багавовны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