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М.Н.Егоровой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Егоровой Марины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