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М.Н.Гафарова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Гафарова Мансура Нуреевича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