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60-П/2025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по требованию гражданина А.В.Антонова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Антонова Алексея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