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В.В.Алоференко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Алоференко Владимира Валентиновича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