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Л.Д.Урлапова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Урлапова Леонида Дмитриевича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44-ПР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