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67-П/2025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по требованию гражданина К.А.Алексеева вопрос о возможности принятия его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гражданина Алексеева Кузьмы Афанасьевича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67-ПР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