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61-П/2025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С.М.Мухортова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Мухортова Сергея Михайловича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