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гражданина Ш.О.Даниеляна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Даниеляна Шагена Одесовича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