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по требованию гражданки Л.Н.Шиловой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Шиловой Людмилы Николаевны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62-ПР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