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Д.В.Липчанского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Липчанского Дмитрия Васильевича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