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Р.В.Диянкова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Диянкова Романа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