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по требованию гражданина И.К.Садекова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Садекова Игоря Константиновича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11-ПР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