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В.А.Калашниковой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Калашниковой Валентины Алексеевны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