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О.И.Богданова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Богданова Олега Ивановича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