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гражданки Г.А.Медянцевой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Медянцевой Галины Афанасьевны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12-ПР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