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Г.П.Скворцовой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Скворцовой Галины Петровны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