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 Ю.Е.Козина и Р.А.Кондратьева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Козина Юрия Евгеньевича и Кондратьева Руслана Александровича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Федерации В.Д.Зорькин № 13-ПР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