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Н.А.Прокопчук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Прокопчук Натальи Андреевны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