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В.В.Германа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Германа Виктора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