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А.Т.Сулайманова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Сулайманова Абдулхамида Тургунбаевича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