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А.Ю.Подиной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Подиной Алевтины Юрьевны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47-ПР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