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В.З.Зиатдинова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Зиатдинова Вадима Захитовича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