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Ю.И.Лебедева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Лебедева Юрия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