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17-П/2025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по требованию гражданина А.М.Битхаева вопрос о возможности принятия его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гражданина Битхаева Алексея Михайловича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17-ПР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