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Д.Ю.Пичугина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Пичугина Дмитрия Юрьевича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