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69-П/2024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С.А.Самарского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Самарского Сергея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