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гражданки А.Н.Сахно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Сахно Антонины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