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Р.В.Глуховери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Глуховери Руслана Владимировича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