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П.Ю.Белоглазова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Белоглазова Павла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