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И.В.Заслонко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Заслонко Ирины Витальевны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