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Д.А.Мельникова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Мельникова Дмитрия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