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М.П.Павлецова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Павлецова Михаила Петровича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