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Р.Н.Хамидуллина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Хамидуллина Раиля Наилевича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16-ПР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