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Р.М.Магжанова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Магжанова Рината Муксиновича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