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1-П/2017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июля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разрешении вопроса о возможности исполнения в соответствии с Конституцией Российской Федерации постановления Европейского Суда по правам человека от 31 июля 2014 года по делу «ОАО «Нефтяная компания «ЮКОС» против России» в связи с запросом Министерства юстиции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с участием представителей Министерства юстиции Российской Федерации как стороны, обратившейся в Конституционный Суд Российской Федерации с запросом, – Г.О.Матюшкина, П.Ю.Ултургашева и М.А.Мельниковой, руководствуясь статьей 125 Конституции Российской Федерации, пунктом 32 части первой, частями третьей и четвертой статьи 3, статьями 36, 74, 1041–1044 Федерального конституционного закона «О Конституционном Суде Российской Федерации», 2 рассмотрел в открытом заседании дело о разрешении вопроса о возможности исполнения в соответствии с Конституцией Российской Федерации постановления Европейского Суда по правам человека от 31 июля 2014 года по делу «ОАО «Нефтяная компания «ЮКОС» против России». Поводом к рассмотрению дела явился запрос Министерства юстиции Российской Федерации. Основанием к рассмотрению дела явилась обнаружившаяся неопределенность в вопросе о возможности исполнения в соответствии с Конституцией Российской Федерации постановления Европейского Суда по правам человека от 31 июля 2014 года по делу «ОАО «Нефтяная компания «ЮКОС» против России». Заслушав сообщение судьи-докладчика Л.М.Жарковой, объяснения представителя Министерства юстиции Российской Федерации Г.О.Матюшкина, выступления приглашенных в заседание полномочного представителя Президента Российской Федерации в Конституционном Суде Российской Федерации М.В.Кротова, полномочного представителя Совета Федерации в Конституционном Суде Российской Федерации А.А.Клишаса, полномочного представителя Правительства Российской Федерации в Конституционном Суде Российской Федерации М.Ю.Барщевского, полномочного представителя Генерального прокурора Российской Федерации в Конституционном Суде Российской Федерации Т.А.Васильевой, оглашенные в заседании письменные замечания приглашенного в заседание адвоката Дж.П.Гарднера (J.P.Gardner), представлявшего интересы ОАО «Нефтяная компания «ЮКОС» в Европейском Суде по правам человека, а также выступления представителей: от Совета при Президенте Российской Федерации по развитию гражданского общества и правам человека – И.Г.Шаблинского, от автономной некоммерческой организации «Институт права и публичной политики», подготовившей заключение по делу, – Г.В.Вайпана, от Санкт-Петербургского государственного университета, подготовившего заключение по делу, – Н.А.Шевелевой, исследовав представленные документы и иные материалы, в том числе письменные замечания бывших акционеров ОАО «Нефтяная 3 компания «ЮКОС» – компаний «Hulley Enterprises Limited» и «Yukos Universal Limited», подписанные директором этих компаний Т.Осборном (T.Osborne),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Европейский Суд по правам человека в постановлении от 31 июля 2014 года по делу «ОАО «Нефтяная компания «ЮКОС» против России» (жалоба № 14902/04) (вступило в силу 15 декабря 2014 года), вынесенном по вопросу о справедливой компенсации в дополнение к основному постановлению по данному делу от 20 сентября 2011 года (вступило в силу 8 марта 2012 года), обязал Россию, как признанную нарушившей статью 1 Протокола № 1 к Конвенции о защите прав человека и основных свобод, выплатить акционерам компании-заявительницы в возмещение материального ущерба, включая компенсацию понесенных ею инфляционных потерь, 1 866 104 634 (один миллиард восемьсот шестьдесят шесть миллионов сто четыре тысячи шестьсот тридцать четыре) евро, в том числе 1 299 324 198 (один миллиард двести девяносто девять миллионов триста двадцать четыре тысячи сто девяносто восемь) евро – за нарушение статьи 1 Протокола № 1 к Конвенции, выразившееся в ретроактивном применении судами в отношении компании-заявительницы статьи 113 Налогового кодекса Российской Федерации о трехлетнем сроке давности привлечения к ответственности за совершение налоговых правонарушений, что повлекло взыскание с нее штрафов за 2000 и 2001 годы и сумм исполнительского сбора по этим штрафам, и 566 780 436 (пятьсот шестьдесят шесть миллионов семьсот восемьдесят тысяч четыреста тридцать шесть) евро – за нарушение статьи 1 Протокола № 1 к Конвенции, выразившееся во взыскании в ходе исполнительного производства, возбужденного в отношении компании-заявительницы, сумм исполнительского сбора, составившего семь процентов от общей суммы ее задолженности по уплате налогов, пеней и штрафов, что, с точки зрения Европейского Суда по правам 4 человека, несоразмерно объему расходов, необходимых для обеспечения исполнительного производства (пункты 20–26, 27–35 и 36). По мнению Министерства юстиции Российской Федерации, постановление Европейского Суда по правам человека от 31 июля 2014 года в части, обязывающей Россию выплатить присужденную компенсацию материального ущерба, не может быть исполнено, поскольку содержащаяся в нем оценка обоснованности определения срока давности привлечения к налоговой ответственности и размера исполнительского сбора опирается на статью 1 Протокола № 1 к Конвенции о защите прав человека и основных свобод в истолковании, приводящем – в том числе с учетом постановлений Конституционного Суда Российской Федерации от 30 июля 2001 года № 13- П и от 14 июля 2005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Конституция Российской Федерации, закрепляя гарантии защиты права собственности и свободы предпринимательской и иной не запрещенной законом экономической деятельности (статьи 8, 34 и 35), вместе с тем возлагает на каждого обязанность платить законно установленные налоги и сборы и не допускает придание обратной силы 11 законам, устанавливающим новые налоги или ухудшающим положение налогоплательщиков (статья 57). Конкретизируя предписания статьи 57 Конституции Российской Федерации, федеральный законодатель на основании ее статей 71 (пункты «в», «ж», «з», «о»), 72 (пункты «б», «и» части 1), 75 (часть 3) и 76 (части 1 и 2) определяет общие принципы налогообложения и систему налогов, взимаемых в бюджет, а в целях обеспечения исполнения налогоплательщиками конституционной обязанности платить законно установленные налоги и сборы предусматривает также меры ответственности за совершение налоговых правонарушений, в том числе связанные с необходимостью возмещения ущерба, понесенного казной. Приведенные положения Конституции Российской Федерации корреспондируют статье 1 «Защита собственности» Протокола № 1 к Конвенции о защите прав человека и основных свобод, согласно которой каждое физическое или юридическое лицо имеет право на уважение своей собственности; никто не может быть лишен своего имущества иначе как в интересах общества и на условиях, предусмотренных законом и общими принципами международного права; предыдущие положения не умаляют право государства обеспечивать выполнение таких законов, какие ему представляются необходимыми для осуществления контроля за использованием собственности в соответствии с общими интересами или для обеспечения уплаты налогов либо других сборов или штрафов. Как следует из правовых позиций Конституционного Суда Российской Федерации, сформулированных в постановлениях от 17 декабря 1996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Рассматривая дело «ОАО «Нефтяная компания «ЮКОС» против России», Европейский Суд по правам человека пришел к выводу, что взыскание с компании-заявительницы штрафов за 2000 и 2001 годы и сумм исполнительского сбора по этим штрафам было незаконным и нарушающим статью 1 Протокола № 1 к Конвенции о защите прав человека и основных свобод, поскольку в отношении нее имело место ретроактивное применение статьи 113 Налогового кодекса Российской Федерации в истолковании, данном в Постановлении Конституционного Суда Российской Федерации от 14 июля 2005 года Постановлением от 14 июля 2005 года Выявляя конституционно-правовой смысл статьи 113 Налогового кодекса Российской Федерации, Конституционный Суд Российской Федерации, как следует из правовых позиций, сформулированных им в Постановлении от 14 июля 2005 года При рассмотрении вопроса о применении судами в деле ОАО «Нефтяная компания «ЮКОС» статьи 113 Налогового кодекса Российской Федерации в истолковании, данном Конституционным Судом Российской Федерации, следует учитывать и конкретно-исторический контекст развития регулирования налоговых отношений. В условиях политической и экономической нестабильности 90-х годов прошедшего века нестабильными были и налоговое законодательство и правоприменительная практика. Государство вынуждено было многократно повышать меры ответственности за совершение налоговых правонарушений и усиливать контроль за налогоплательщиками с помощью новой специальной силовой структуры – налоговой полиции и в то же время изыскивать способы, стимулирующие налогоплательщиков к исполнению 18 обязанности по уплате налогов в рамках налоговой амнистии и легализации своего имущества и доходов (Указ Президента Российской Федерации от 27 октября 1993 года № 1773 «О проведении налоговой амнистии в 1993 году»). Только в начале 2000-х годов Россия смогла приступить к полномасштабной налоговой реформе, которая ознаменовалась принятием Налогового кодекса Российской Федерации и задачами которой стали, с одной стороны, уменьшение налоговой нагрузки на добросовестных налогоплательщиков и снижение издержек, связанных с исполнением налогового законодательства, а с другой – обеспечение более высокого уровня прозрачности налоговых операций для государства, повышение эффективности налогового администрирования и сужение возможностей для уклонения от налогообложения. В конечном итоге речь шла о приближении российской налоговой системы к лучшим международным образцам. Поэтому особо важным в этот период было создание правовых механизмов взимания налогов и контроля за их уплатой, которые позволили бы добиться исполнения налоговой обязанности равным образом всеми категориями налогоплательщиков, включая крупнейших налогоплательщиков, играющих системообразующую роль в наполнении бюджетов. Специфика налогового регулирования, многообразие способов ведения предпринимательской деятельности, постоянное появление новых вариантов уклонения от уплаты налогов серьезно затрудняют создание законодательных правил, способных эффективно противостоять всем возможным случаям их нарушения. Как показывает опыт государств, имеющих многолетнюю практику противодействия уклонению от уплаты налогов, одними только законодательными средствами решить данную проблему не всегда возможно, что обусловливает особую роль судебных доктрин. В российской судебной системе толкование закона высшими судебными органами также призвано оказывать существенное воздействие на формирование судебной практики, в том числе по налоговым спорам. Выявленный Конституционным Судом Российской Федерации в Постановлении от 14 июля 2005 года Европейский Суд по правам человека постановлением от 31 июля 2014 года признал нарушение Россией имущественных прав ОАО «Нефтяная компания «ЮКОС», выразившееся в причинении компании-заявительнице материального ущерба. Между тем принципиальное значение имеет то обстоятельство, что материальные потери явились следствием незаконных действий самой компании, государство же было вынуждено применять меры ответственности, в том числе административной, с тем чтобы компенсировать причиненный ему имущественный вред. ОАО «Нефтяная компания «ЮКОС», как следует из вынесенных в отношении него судебных актов, используя изощренные незаконные схемы, проявило себя в качестве злостного неплательщика налогов и прекратило свое существование, оставив серьезную непогашенную задолженность. Деятельность компании, с учетом занимаемого ею места в экономике страны – даже если оставить вне правового анализа вопрос о справедливости способов формирования активов компании в стратегически важной и одной из наиболее доходных отраслей российской экономики, благодаря которым она вошла в число крупнейших хозяйствующих субъектов (и, соответственно, крупнейших потенциальных налогоплательщиков) в России, – имела праворазрушающий эффект, препятствуя стабилизации 22 конституционно-правового режима и публичного правопорядка. Не отрицал наличия в деятельности компании масштабных схем уклонения от уплаты налогов и Европейский Суд по правам человека, принимая постановление от 20 сентября 2011 года. В этом контексте сама по себе выплата присужденной Европейским Судом по правам человека бывшим акционерам компании, выстроившей незаконные схемы уклонения от налогообложения, их наследникам и правопреемникам столь значительной денежной компенсации из той бюджетной системы, которая регулярно не получала от нее в должном объеме огромные суммы налоговых платежей, необходимые в том числе для выполнения публичных обязательств перед всеми гражданами, преодоления финансового и экономического кризиса, противоречит конституционным принципам равенства и справедливости в налоговых правоотношениях (статья 17, часть 3; статья 19, части 1 и 2; статья 55, части 2 и 3; статья 57 Конституции Российской Федерации). Именно существо деятельности ОАО «Нефтяная компания «ЮКОС» как юридического лица (а не только установленные в порядке уголовного преследования факты мошеннического поведения членов руководящих органов компании и некоторых ее акционеров и наличие на момент ликвидации неисполненных обязательств, в том числе перед бюджетом, на сумму, значительно превышающую размер присужденной компенсации, которые также привносят кумулятивный эффект в оценку возможности исполнения в соответствии с Конституцией Российской Федерации постановления Европейского Суда по правам человека от 31 июля 2014 года) обусловливает несоответствие присуждения компенсации конституционным принципам равенства и справедливости и, следовательно, невозможность ее выплаты с точки зрения Конституции Российской Федерации. Нарушение этих принципов очевидным образом выражается и в том, что Европейский Суд по правам человека постановил выплатить компенсацию бывшим акционерам ОАО «Нефтяная компания «ЮКОС», их правопреемникам и наследникам. Между тем мажоритарные акционеры, 23 которые, если следовать логике Европейского Суда по правам человека, имеют право на большую часть присужденной компенсации, являются именно теми лицами, которые участвовали в незаконной деятельности компании. Но даже если акционеры и не принимали непосредственного участия в выстраивании незаконных схем, приведших к негативным для компании последствиям и в итоге к прекращению ее деятельности, они получали дивиденды, сформированные в том числе за счет средств, подлежащих, при честной уплате налогов, перечислению в бюджет. Понесенные акционерами потери (если признавать таковые с точки зрения общих результатов деятельности компании, игнорируя при этом факт долга перед публичными и частными кредиторами на момент ее ликвидации) являются, таким образом, следствием неосуществления ими корпоративных прав разумно и добросовестно, в собственных интересах и интересах юридического лица, притом что применительно к участию в акционерном капитале – исходя из правовой природы такого рода хозяйственных обществ как элемента публичного правопорядка, имеющего конституционную основу в принципах неприкосновенности собственности и свободы договора (статьи 8, 34 и 35 Конституции Российской Федерации), – к обычному деловому (предпринимательскому) риску присоединяются также риски неразумного и недобросовестного поведения лиц, осуществляющих функции органов управления юридического лица, действующих от его имени и формирующих его волю. Неприменение же статьи 113 Налогового кодекса Российской Федерации в ее конституционно-правовом смысле, выявленном Конституционным Судом Российской Федерации в Постановлении от 14 июля 2005 года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постановлении от 31 июля 2014 года по делу «ОАО «Нефтяная компания «ЮКОС» против России» Европейский Суд по правам человека констатировал также нарушение статьи 1 Протокола № 1 к Конвенции о защите прав человека и основных свобод в части исполнительного производства, осуществлявшегося в отношении компании-заявительницы. Ссылаясь на свои выводы, содержащиеся в основном постановлении по данному делу от 20 сентября 2011 года, Европейский Суд по правам человека отметил: национальные власти не достигли справедливого равновесия между законной целью исполнительного производства и примененными средствами, 26 не проявив гибкость относительно его сроков, обязав компанию- заявительницу уплачивать чрезмерные сборы и не учтя надлежащим образом все необходимые факторы (пункт 27); даже если нельзя утверждать, что сами по себе указанные недостатки повлекли ликвидацию компании- заявительницы, они тем не менее серьезно этому способствовали, прямо обусловив причинение материального ущерба, удовлетворяющего критерию причинной связи для целей справедливой компенсации в соответствии со статьей 41 Конвенции о защите прав человека и основных свобод (пункт 29); исполнительский сбор в размере семи процентов от общей суммы налоговых обязательств компании-заявительницы по своей природе не был связан с фактическими расходами на исполнение, понесенными судебными приставами-исполнителями, а потому полученная сумма была совершенно непропорциональной сумме расходов на исполнение, несения которых можно было ожидать или которые были действительно понесены судебными приставами-исполнителями; из-за негибкого применения данный сбор вместо того, чтобы стимулировать к добровольному исполнению, оказал весьма серьезное влияние на ликвидацию компании-заявительницы (пункты 30 и 31). Полагая, что приемлемым был бы исполнительский сбор в размере четырех процентов от общей суммы налоговых обязательств, Европейский Суд по правам человека оценил материальный ущерб, вызванный нарушением в отношении компании-заявительницы статьи 1 Протокола № 1 к Конвенции о защите прав человека и основных свобод, в 566 780 436 (пятьсот шестьдесят шесть миллионов семьсот восемьдесят тысяч четыреста тридцать шесть) евро (с учетом уровня инфляции). Разрешая в Постановлении от 30 июля 2001 года Пункт 1 статьи 81 Федерального закона от 21 июля 1997 года № 119-ФЗ «Об исполнительном производстве» был применен в деле ОАО «Нефтяная компания «ЮКОС» в истолковании, данном Конституционным Судом Российской Федерации в Постановлении от 30 июля 2001 года № 13- П. Следовательно, суды, если бы усмотрели для этого основания с учетом обстоятельств дела, могли определить сумму исполнительского сбора в размере менее семи процентов от общей суммы налоговых обязательств (притом что в отличие от ныне действующего регулирования предел снижения размера исполнительского сбора прежде не был обозначен), поскольку имели для этого надлежащую нормативную основу, позволявшую исходя из установленных фактических обстоятельств и оценки представленных им доказательств принять решение, отвечающее конституционным критериям справедливости и соразмерности. Назначение суммы исполнительского сбора в максимально допустимом размере, равно как и ход исполнительного производства по делу о взимании с ОАО «Нефтяная компания «ЮКОС» неуплаченных налогов, пеней и штрафов в целом могли быть обусловлены в том числе выявленными системными, масштабными и длительными правонарушениями со стороны компании, сопряженными с регулярным использованием схем, которые позволяли ей соответствующим образом перераспределять денежные средства и имущество, и с активным воспрепятствованием налоговым проверкам, что порождало риск утраты имущественной базы исполнения судебных актов. Уклонение ОАО «Нефтяная компания «ЮКОС» от уплаты 31 налогов в таком беспрецедентном масштабе непосредственно угрожало принципам правового, демократического и социального государства, что обязывало правоприменителя принимать в рамках исполнительного производства как можно более эффективные меры, с тем чтобы противодействовать недобросовестному поведению налогоплательщиков. Соответственно, вывод о невозможности – в силу конституционных принципов равенства и справедливости – исполнения постановления Европейского Суда по правам человека от 31 июля 2014 года по делу «ОАО «Нефтяная компания «ЮКОС» против России» в части выплаты компании- заявительнице компенсации за взыскание с нее штрафов за 2000 и 2001 годы и уплату сумм исполнительского сбора по этим штрафам распространяется и на выплату компенсации за взыскание с компании-заявительницы несоразмерной (непропорциональной), как посчитал Европейский Суд по правам человека, суммы исполнительского сбора.</w:t>
      </w:r>
    </w:p>
    <w:p>
      <w:pPr>
        <w:pStyle w:val="Heading3"/>
      </w:pPr>
      <w:r>
        <w:rPr>
          <w:rFonts w:ascii="Times New Roman" w:hAnsi="Times New Roman" w:eastAsia="Times New Roman" w:cs="Times New Roman"/>
          <w:b/>
          <w:i w:val="0"/>
          <w:sz w:val="22"/>
        </w:rPr>
        <w:t>Пункт 6. Конституционные основы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Гарантируя государственную, в том числе судебную, защиту прав и свобод человека и гражданина, Конституция Российской Федерации одновременно закрепляет право каждого защищать свои права и свободы всеми способами, не запрещенными законом (статьи 45 и 46). Реализуя право на судебную защиту в налоговых спорах, заинтересованное лицо самостоятельно выражает свою волю на возбуждение судебного рассмотрения дела путем обращения с соответствующим заявлением либо на отказ от такого рассмотрения. Согласно статье 46 (часть 3) Конституции Российской Федерации каждый вправе в соответствии с международными договорами Российской Федерации обращаться в межгосударственные органы по защите прав и свобод человека, если исчерпаны все имеющиеся внутригосударственные средства правовой защиты. Данная конституционная норма корреспондирует статье 35 Конвенции о защите прав человека и основных свобод, согласно которой Европейский Суд по правам человека может принимать дело к рассмотрению только после того, как были исчерпаны все внутренние средства правовой защиты. 32 Поскольку ОАО «Нефтяная компания «ЮКОС» отказалось от требований по снижению суммы исполнительского сбора (определение Арбитражного суда города Москвы от 3 февраля 2005 года), Министерство юстиции Российской Федерации полагает, что условие, дающее право на обращение в соответствии с Конституцией Российской Федерации и Конвенцией о защите прав человека и основных свобод в Европейский Суд по правам человека, компанией соблюдено не было, а значит, Европейский Суд по правам человека не должен был рассматривать вопрос о соразмерности примененного в отношении нее исполнительского сбора. Кроме того, по мнению Министерства юстиции Российской Федерации, поскольку акционеры компании-заявительницы как получатели присужденной компенсации в постановлении Европейского Суда по правам человека не конкретизированы, не являлись стороной в деле «ОАО «Нефтяная компания «ЮКОС» против России» и не признавались жертвами конвенционных нарушений, а лицо, представлявшее компанию- заявительницу в Европейском Суде по правам человека, не обладало надлежащими правомочиями, выплата сумм компенсации материального ущерба неопределенному кругу лиц (бывшим акционерам компании- заявительницы) привела бы к прямому нарушению конституционных принципов равенства и справедливости, а также права на обращение в межгосударственный орган по защите прав и свобод человека, как оно определено в Конституции Российской Федерации (статья 46, часть 3) и Конвенции о защите прав человека и основных свобод (статьи 34 и 35). Однако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Российский Минюст прямо не оспаривает постановление от 20 сентября 2011 года (далее – «первое постановление») по делу «ЮКОС против России» (далее – «дело ЮКОСа»), которым ЕСПЧ признал нарушение пункта 1 и подпункта «b» пункта 3 статьи 6 Конвенции, а также статьи 1 Протокола № 1. Судебный акт не обязывает соглашаться со всеми его основаниями, но его правовые последствия положено признавать, даже те, которые сторона не одобряет. Это касается и констатаций, занесенных в решающую часть судебного акта. Они связывают сторону и не позволяют формально их отрицать.</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 России нет достаточных оснований считать, что по индивидуальной жалобе акционеров ЮКОСа состоялось решение, которое она должна исполнить как судебное постановление по своему делу. 53 Исполнять обязательно судебный акт, принятый по принципам справедливого правосудия, действительным в международном и в конституционном их содержании. Чтобы следовать этим принципам, России не нужно давать оценку обоснованности и конвенционности актов Суда и вменять Совету Европы нормы своей Конституции. Но в отношении себя она вправе и должна как правовое государство представлять конституционный и международно-правовой смысл своего поведения относительно предписаний, облеченных в судебный акт или попутно изложенных.</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 обязательно, но нелишне учесть, что исполнение второго постановления омрачают не только принципиальные, но и конвенционно- процессуальные препятствия с последствиями, которых стоило бы избежать ради Европейской Конвенции, правосудия и верности прецедентам ЕСПЧ.</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