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35-П/2018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июля 2018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первой статьи 208 Гражданского процессуального кодекса Российской Федерации в связи с жалобами граждан Т.В.Ивановой, И.М.Митина и Е.В.Шкотова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первой статьи 208 ГПК Российской Федерации. Поводом к рассмотрению дела явились жалобы граждан Т.В.Ивановой, И.М.Митина и Е.В.Шкотова. Основанием к рассмотрению дела явилась обнаружившаяся неопределенность в вопросе о том, соответствует ли 2 Конституции Российской Федерации оспариваемое заявителями законоположение. Поскольку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В.Г.Ярославцева,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со статьей 208 ГПК Российской Федерации по заявлению взыскателя или должника суд, рассмотревший дело, может произвести индексацию взысканных судом денежных сумм на день исполнения решения суда (часть первая); заявление рассматривается в судебном заседании; лица, участвующие в деле, извещаются о времени и месте судебного заседания, однако их неявка не является препятствием к разрешению вопроса об индексации присужденных денежных сумм (часть вторая); на определение суда об индексации присужденных денежных сумм может быть подана частная жалоба (часть третья). Определением Вологодского городского суда Вологодской области от 1 декабря 2017 года (не обжаловалось и вступило в законную силу) гражданке Т.В.Ивановой отказано в удовлетворении заявления об индексации денежных средств (112 829 руб. 88 коп.), подлежащих взысканию в ее пользу в счет возмещения имущественного вреда по приговору того же суда от 1 октября 2013 года. При этом суд исходил из того, что возможность применения индекса потребительских цен на продовольственные и непродовольственные товары, а также платные услуги с целью индексации взысканных судом денежных сумм, предусмотренной статьей 208 ГПК 3 Российской Федерации, была закреплена Законом РСФСР от 24 октября 1991 года № 1799-I «Об индексации денежных доходов и сбережений граждан в РСФСР», который, однако, признан утратившим силу в связи с принятием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 1 января 2005 года, а в настоящее время нормы, которыми следует руководствоваться, производя расчет индексации, отсутствуют. Со ссылкой на отсутствие возможности применить индекс потребительских цен в качестве критерия индексации ввиду утраты силы названным Законом РСФСР определениями Северодвинского городского суда Архангельской области от 14 апреля 2017 года (оставлены без изменения апелляционными определениями судебной коллегии по административным делам Архангельского областного суда от 8 июня 2017 года) гражданину И.М.Митину было отказано в предусмотренной статьей 208 ГПК Российской Федерации индексации денежных сумм, взысканных в его пользу с юридического лица согласно решению того же суда от 25 июля 2016 года (1 500 000 руб.) и апелляционному определению Архангельского областного суда от 3 августа 2015 года (6 264 366 руб. 20 коп.). Отказывая в передаче кассационных жалоб И.М.Митина для рассмотрения в судебном заседании суда кассационной инстанции, судьи Архангельского областного суда (определения от 16 августа 2017 года и от 29 августа 2017 года) и Верховного Суда Российской Федерации (определения от 3 октября 2017 года и от 7 ноября 2017 года) подтвердили позицию судов первой и второй инстанций, 4 указав, что правовой механизм индексации взысканных судом денежных сумм законодательством не установлен. Как не позволяющая индексировать присужденные суммы по причине отсутствия механизма такой индексации статья 208 ГПК Российской Федерации была истолкована и Центральным районным судом города Барнаула, который определением от 4 августа 2017 года отказал в удовлетворении заявления гражданина Е.В.Шкотова, просившего произвести индексацию денежных сумм (477 929 руб.), взысканных в его пользу по решению того же суда от 9 ноября 2016 года и дополнительному решению от 13 декабря 2016 года. Оставляя частную жалобу Е.В.Шкотова на это определение без удовлетворения, судебная коллегия по гражданским делам Алтайского краевого суда отклонила его требование о необходимости применения иного критерия индексации, отличного от индекса потребительских цен (определение от 13 сентября 2017 года). В передаче кассационных жалоб Е.В.Шкотова для рассмотрения в судебном заседании суда кассационной инстанции также отказано определениями судьи Алтайского краевого суда от 22 декабря 2017 года и судьи Верховного Суда Российской Федерации от 14 февраля 2018 года. Несоответствие положений статьи 208 ГПК Российской Федерации требованиям Конституции Российской Федерации, ее статей 2, 15 (части 1 и 2), 17 (часть 1), 18, 19 (часть 1), 45, 46 (часть 1), 52 и 55 (часть 2), граждане Т.В.Иванова и Е.В.Шкотов, а также гражданин И.М.Митин, оспаривающий конституционность части первой данной статьи, усматривают в том, что эти положения по смыслу, придаваемому им правоприменительной практикой, не предусматривают правового механизма индексации взысканных судом денежных сумм и тем самым позволяют судам отказывать в защите имущественных интересов взыскателей от негативных последствий инфляционных процессов в период со дня вынесения судебного решения до дня его исполнения. 5 Поскольку приведенные заявителями в обоснование своей позиции доводы свидетельствуют о том, что они не связывают нарушение своих конституционных прав с положениями частей второй и третьей данной статьи, регулирующими вопросы рассмотрения заявления об индексации и обжалования соответствующего судебного акта, жалобы граждан Т.В.Ивановой и Е.В.Шкотова в этой части не являются допустимыми в силу пункта 2 статьи 43 Федерального конституционного закона «О Конституционном Суде Российской Федерации». Таким образом, с учетом требований статей 74, 96 и 97 Федерального конституционного закона «О Конституционном Суде Российской Федерации», часть первая статьи 208 ГПК Российской Федерации является предметом рассмотрения Конституционного Суда Российской Федерации по настоящему делу постольку, поскольку на ее основании судами решается вопрос о праве взыскателя на индексацию присужденных ему денежных сумм в случае несвоевременного исполнения должником решения суда.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человека, его права и свободы высшей ценностью, а признание, соблюдение и защиту прав и свобод человека и гражданина – обязанностью государства, гарантирует каждому судебную защиту его прав и свобод (статья 2; статья 46, часть 1). Как неоднократно отмечал Конституционный Суд Российской Федерации, конституционные цели правосудия не могут быть достигнуты, а сама судебная защита не может признаваться действенной, если судебный акт своевременно не исполняется, что лишает граждан, правомерность требований которых установлена в надлежащей судебной процедуре и формализована в судебном решении, эффективного и полного восстановления в правах посредством правосудия, отвечающего требованиям равенства и справедливости; исполнение судебного акта следует рассматривать как элемент судебной защиты, право на которую относится к неотчуждаемым правам и свободам человека и одновременно выступает гарантией всех других прав и свобод (постановления от 15 января 2002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 следует из правовой позиции, выраженной в Постановлении Конституционного Суда Российской Федерации от 25 января 2001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Часть первая статьи 208 ГПК Российской Федерации, позволяя суду проиндексировать присужденную взыскателю денежную сумму с целью восстановления ее покупательной способности и этим защищая взыскателя от инфляционных рисков на время исполнения решения суда, не ограничивает возможные случаи применения индексации, а также не содержит отсылки к каким-либо конкретным способам ее проведения, определение которых, как указал</w:t>
      </w:r>
    </w:p>
    <w:p>
      <w:pPr>
        <w:pStyle w:val="Heading3"/>
      </w:pPr>
      <w:r>
        <w:rPr>
          <w:rFonts w:ascii="Times New Roman" w:hAnsi="Times New Roman" w:eastAsia="Times New Roman" w:cs="Times New Roman"/>
          <w:b/>
          <w:i w:val="0"/>
          <w:sz w:val="22"/>
        </w:rPr>
        <w:t>Пункт 5. Доводы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часть первая статьи 208 ГПК Российской Федерации в той мере, в какой содержащееся в ней положение – при отсутствии в системе действующего правового регулирования механизма индексации взысканных судом денежных сумм, с необходимостью признаваемого судебной практикой в качестве применимого, – не содержит критериев, в соответствии с которыми должна осуществляться предусмотренная им индексация, не соответствует Конституции Российской Федерации, ее статье 46 (часть 1). 13 Федеральному законодателю надлежит – исходя из требований Конституции Российской Федерации и с учетом правовых позиций, выраженных Конституционным Судом Российской Федерации в настоящем Постановлении, – внести в действующее правовое регулирование изменения, направленные на установление возможных критериев осуществления предусмотренной частью первой статьи 208 ГПК Российской Федерации индексации взысканных судом денежных сумм. Впредь до внесения в действующее правовое регулирование изменений, вытекающих из настоящего Постановления, судам в целях реализации части первой статьи 208 ГПК Российской Федерации надлежит использовать в качестве критерия осуществления предусмотренной ею индексации утверждаемый Федеральной службой государственной статистики (Росстатом) индекс потребительских цен, являющийся официальной статистической информацией, характеризующей инфляционные процессы в стране и публикуемой на официальном сайте Росстата в сети Интернет (разделы I и II приказа Росстата от 30 декабря 2014 года № 734). Исходя из изложенного и руководствуясь статьями 471, 71, 72, 74, 75, 78, 79, 80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Ценность права на судебную защиту, как неоднократно отмечал в своих решениях</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Содержательное увязывание Конституционным Судом Российской Федерации в итоговом выводе неконституционности части первой статьи 208 ГПК Российской Федерации с отсутствием в ней критериев индексации, т.е. с конституционно-дефектной пробельностью, и одновременно формальное ее признание неконституционной лишь по мотиву нарушения статьи 46 (часть 1) Конституции Российской Федерации порождают некую двусмысленность в отношении оснований неприменения в данном случае в качестве критерия конституционно-судебной оценки указанной нормы требования формальной определенности, вытекающего из императива конституционного равенства и принципа соразмерности ограничения конституционных прав (статья 19; статья 55, часть 3,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Впредь до внесения в действующее правовое регулирование изменений, вытекающих из настоящего Постановления, судам в целях реализации части первой статьи 208 ГПК Российской Федерации надлежит использовать в качестве критерия осуществления предусмотренной ею индексации утверждаемый Федеральной службой государственной статистики индекс потребительских цен, являющийся официальной статистической информацией, характеризующей инфляционные процессы в стране и публикуемой на официальном сайте Федеральной службы государственной статистики в сети Интернет.</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Судебные акты, вынесенные в отношении граждан Ивановой Татьяны Валентиновны, Митина Ивана Михайловича и Шкотова Евгения Владимировича на основании части первой статьи 208 ГПК Российской Федерации в той мере, в какой содержащееся в ней положение признано настоящим Постановлением не соответствующим Конституции Российской Федерации,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15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