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50-П/2020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декабря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статьи 771 Уголовно- исполнительного кодекса Российской Федерации, статей 17 и 18 Федерального закона «О содержании под стражей подозреваемых и обвиняемых в совершении преступлений» и пунктов 139–143 Правил внутреннего распорядка следственных изоляторов уголовно- исполнительной системы в связи с жалобой гражданина Е.В.Парамонова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Г.А.Гаджиева, Л.М.Жарковой, С.М.Казанцева, С.Д.Князева, А.Н.Кокотова, Л.О.Красавчиковой, С.П.Маврина, Н.В.Мельникова, Ю.Д.Рудкина,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статьи 771 УИК Российской Федерации, статей 17 и 18 Федерального закона «О содержании под стражей подозреваемых и обвиняемых в совершении преступлений» и пунктов 139–143 Правил 2 внутреннего распорядка следственных изоляторов уголовно-исполнительной системы. Поводом к рассмотрению дела явилась жалоба гражданина Е.В.Парамонова.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нормативные положения. Заслушав сообщение судьи-докладчика Ю.Д.Рудкина,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со статьей 771 УИК Российской Федерации при необходимости участия в следственных действиях в качестве свидетеля, потерпевшего, подозреваемого, обвиняемого осужденные к лишению свободы с отбыванием наказания в исправительной колонии, воспитательной колонии или тюрьме могут быть оставлены в следственном изоляторе либо переведены в следственный изолятор из указанных исправительных учреждений на основании мотивированного постановления следователя с согласия руководителя следственного органа Следственного комитета Российской Федерации по субъекту Российской Федерации или его заместителя либо приравненного к нему руководителя специализированного следственного органа или его заместителя, руководителя территориального следственного органа по субъекту Российской Федерации следственного органа соответствующего федерального органа исполнительной власти (при соответствующем федеральном органе исполнительной власти) или его заместителя – на срок, не превышающий двух месяцев, с согласия Председателя Следственного комитета Российской Федерации или его заместителя, руководителя следственного органа соответствующего федерального органа исполнительной власти (при соответствующем федеральном органе исполнительной власти) – на срок до трех месяцев, а также постановления дознавателя с согласия прокурора субъекта Российской 3 Федерации или его заместителя либо приравненного к нему прокурора или его заместителя – на срок, не превышающий двух месяцев, а с согласия Генерального прокурора Российской Федерации или его заместителя – на срок до трех месяцев; при необходимости участия в судебном разбирательстве в качестве свидетеля, потерпевшего, обвиняемого осужденные могут быть по определению суда или постановлению судьи оставлены в следственном изоляторе либо переведены в следственный изолятор из исправительной колонии, воспитательной колонии или тюрьмы (части первая и вторая); в таких случаях осужденные содержатся в следственном изоляторе в порядке, установленном Федеральным законом от 15 июля 1995 года № 103-ФЗ «О содержании под стражей подозреваемых и обвиняемых в совершении преступлений», и на условиях отбывания ими наказания в исправительном учреждении, определенном приговором суда; при этом право осужденного, привлекаемого в качестве подозреваемого либо обвиняемого, на свидания осуществляется в порядке, установленном названным Федеральным законом, а право осужденного, привлекаемого в качестве свидетеля либо потерпевшего, на длительное свидание на территории исправительного учреждения или за его пределами и право несовершеннолетнего осужденного на краткосрочное свидание с выходом за пределы воспитательной колонии заменяются правом на краткосрочное свидание или телефонный разговор в порядке, предусмотренном частью третьей статьи 89 данного Кодекса (часть третья). Федеральный закон «О содержании под стражей подозреваемых и обвиняемых в совершении преступлений», закрепляя в статье 17 права подозреваемых и обвиняемых (в том числе тех, кому в качестве меры пресечения избрано заключение под стражу и кто содержится в следственном изоляторе), включая право на свидания с родственниками и иными лицами (пункт 5 части первой), а также право заключать и расторгать брак, участвовать в иных семейно-правовых отношениях, если это не противоречит названному Федеральному закону (пункт 2 части второй), в статье 18 устанавливает, в частности, что подозреваемым и обвиняемым на 4 основании письменного разрешения лица или органа, в производстве которых находится уголовное дело, может быть предоставлено не более двух свиданий в месяц с родственниками и иными лицами продолжительностью до трех часов каждое (часть третья), причем такие свидания осуществляются под контролем сотрудников мест содержания под стражей и в случае попытки передачи подозреваемому или обвиняемому запрещенных к хранению и использованию предметов, веществ и продуктов питания либо сведений, которые могут препятствовать установлению истины по уголовному делу или способствовать совершению преступления, прерываются досрочно (часть четвертая). Правила внутреннего распорядка следственных изоляторов уголовно- исполнительной системы (утверждены приказом Министерства юстиции Российской Федерации от 14 октября 2005 года № 189) в пунктах 139–143 регламентируют порядок таких свиданий, предусматривая, кроме прочего, что на них допускаются одновременно не более двух взрослых человек, они проводятся под контролем сотрудников следственного изолятора в специально оборудованных для этих целей помещениях через разделительную перегородку, исключающую передачу каких-либо предметов, но не препятствующую визуальному общению и переговорам, которые осуществляются через переговорное устройство и могут прослушиваться сотрудниками следственного изолятора. Конституционность указанных норм оспаривает гражданин Е.В.Парамонов, который в 2014–2018 годах содержался в следственных изоляторах в качестве обвиняемого, в том числе с июля 2017 года – на основании статьи 771 УИК Российской Федерации, будучи осужденным к лишению свободы с отбыванием наказания в исправительной колонии общего режима. Е.В.Парамонов обратился в суд с административным исковым заявлением к двум следственным изоляторам и территориальному органу Федеральной службы исполнения наказаний, требуя признать незаконными действия, выразившиеся в отказе предоставить ему длительные свидания с 5 родителями и другими близкими родственниками. Согласно его позиции, отсутствие таких свиданий во время содержания в следственных изоляторах значительно усугубляет их отношения с женой, с которой они хотят иметь детей, препятствует им в праве на получение материнского капитала по соответствующей программе. Решением Колпинского районного суда Санкт- Петербурга от 25 апреля 2019 года в удовлетворении иска отказано, поскольку действия ответчиков признаны законными, а также по причине пропуска срока для обращения в суд. Данное решение оставлено без изменения апелляционным определением Санкт-Петербургского городского суда от 30 октября 2019 года и кассационным определением судебной коллегии по административным делам Третьего кассационного суда общей юрисдикции от 19 февраля 2020 года. Поданное в порядке гражданского судопроизводства исковое заявление Е.В.Парамонова о компенсации морального вреда в связи с непредоставлением длительных свиданий оставлено без удовлетворения решением Колпинского районного суда Санкт-Петербурга от 29 мая 2019 года, с чем согласились вышестоящие суды (апелляционное определение судебной коллегии по гражданским делам Санкт-Петербургского городского суда от 29 октября 2019 года и кассационное определение судебной коллегии по гражданским делам Третьего кассационного суда общей юрисдикции от 25 декабря 2019 года). В свою очередь, его административный иск о признании содержания в следственном изоляторе в определенное время незаконным ввиду бездействия по его переводу в исправительную колонию общего режима частично удовлетворен решением Колпинского районного суда Санкт-Петербурга от 11 июля 2019 года, вступившим в законную силу. По мнению Е.В.Парамонова, оспариваемые им нормативные положения противоречат статьям 17, 19, 21, 23, 38, 49 и 55 Конституции Российской Федерации в той мере, в какой не предусматривают возможности проведения длительного свидания на территории следственного изолятора как для обвиняемых, так и для осужденных, содержащихся там в связи с участием в следственных действиях и судебном разбирательстве по новому 6 уголовному делу. Он утверждает, что лишение этих лиц возможности иметь длительные свидания ставит их в неравное положение с лицами, виновность которых доказана вступившим в законную силу приговором суда и которые отбывают наказание в виде лишения свободы в колониях общего или строгого режима, имея право на такие свидания. Обращаясь к статье 18 Федерального закона «О содержании под стражей подозреваемых и обвиняемых в совершении преступлений»,</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России как правовом государстве человек, его права и свободы являются высшей ценностью, а их признание, соблюдение и защита – обязанностью государства, они признаются и гарантируются согласно общепризнанным принципам и нормам международного права и в соответствии с Конституцией Российской Федерации определяют смысл, содержание и применение законов, обеспечиваются правосудием, причем государство гарантирует равенство прав и свобод (статья 1, часть 1; статья 2; статья 17, часть 1; статья 18; статья 19, часть 2, Конституции Российской Федерации). Согласно Конституции Российской Федерации достоинство личности охраняется государством, ничто не может быть основанием для его умаления, никто не должен подвергаться жестокому или унижающему человеческое достоинство обращению или наказанию (статья 21), каждый имеет право на неприкосновенность частной жизни, личную и семейную тайну, защиту своей чести и доброго имени (статья 23, часть 1), семья, материнство, отцовство и детство находятся под защитой государства (статья 7, часть 2; статья 38, часть 1), а ограничение прав и свобод человека и гражданина федеральным законом возможно только в той мере, в какой это 10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(статья 55, часть 3). По смыслу приведенных конституционных положений право на неприкосновенность частной и семейной жизни, в том числе на неформальное общение, защищается законом в отношении каждого, т.е. оно распространяется и на лиц, которые лишены свободы в установленном законом порядке и которые в целом, как неоднократно отмечал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Уголовно-исполнительный кодекс Российской Федерации определил права и обязанности осужденных исходя из порядка и условий отбывания конкретного вида наказания (часть четвертая статьи 10), в частности право осужденных к лишению свободы на предоставление им не только краткосрочных свиданий с родственниками или иными лицами в присутствии представителя администрации исправительного учреждения, но и длительных свиданий с правом совместного проживания с супругом (супругой), родителями, детьми, усыновителями, усыновленными, родными братьями и сестрами, дедушками, бабушками, внуками, а с разрешения начальника исправительного учреждения – с иными лицами (части первая – вторая1 статьи 89, пункт «б» части первой, часть первая1, пункт «б» части второй, часть вторая1 и пункт «б» части четвертой статьи 121, пункт «б» части первой, пункт «б» части второй и пункт «б» части третьей статьи 123, пункт «б» части первой, пункт «б» части второй и пункт «б» части третьей статьи 125, пункт «б» части четвертой и пункт «б» части пятой статьи 131, пункт «б» части первой, пункт «б» части второй, пункт «б» части третьей и пункт «б» части пятой статьи 133). Данный Кодекс закрепил и возможность предоставления осужденным к лишению свободы помимо свиданий, на которые они имеют право в силу закона, до четырех дополнительных краткосрочных или длительных свиданий в течение года (пункт «е» части первой статьи 113 и часть вторая статьи 114) в качестве одной из мер поощрения, а также предусмотрел ограничение количества краткосрочных свиданий и запрет на предоставление длительных свиданий осужденным, водворенным в штрафной либо дисциплинарный 13 изолятор, переведенным в помещения камерного типа, единые помещения камерного типа, одиночные камеры (часть первая, пункт «г» части второй статьи 118 и часть первая статьи 137). При этом поскольку применение мер взыскания допускается лишь на установленный статьей 115 данного Кодекса период, постольку ограничение права осужденных к лишению свободы на длительные свидания носит исключительно временный характер. Ограничение этого права выступает составной частью взысканий, применяемых к осужденным, вызвано их предшествующим поведением – нарушением порядка отбывания наказания, в том числе злостным. Тем самым данный Кодекс ввел – исходя из Конституции Российской Федерации и норм международного права – общие требования к порядку осуществления прав осужденных на неформальное общение с родственниками или иными лицами, включая длительные свидания, дифференцированно, с учетом вида исправительного учреждения, режима отбывания наказания, мер воспитательного воздействия на осужденных (мер поощрения и взыскания), с тем чтобы способствовать их исправлению, поддержанию социально полезных отношений, реализации прав членов семьи осужденного. Сам факт оставления осужденных к лишению свободы в следственном изоляторе либо их перевода в следственный изолятор из исправительной колонии, воспитательной колонии или тюрьмы для участия в следственных действиях или в судебном разбирательстве не меняет и не может менять основания и условия исполнения наказания, определенные вступившим в законную силу приговором суда, и обусловленное приговором правовое положения лица как осужденного. Следовательно, такие лица сохраняют свой статус осужденных к лишению свободы с присущими этому статусу и предусмотренными уголовно-исполнительным законодательством правами и обязанностями, включая право на свидания с родственниками или иными лицами. В этой связи в случаях привлечения осужденных к лишению свободы к участию в следственных действиях или в судебном разбирательстве они содержатся в следственном изоляторе на условиях 14 отбывания ими наказания в исправительном учреждении, определенном приговором суда (части первая – третья статьи 771 данного Кодекса).</w:t>
      </w:r>
    </w:p>
    <w:p>
      <w:pPr>
        <w:pStyle w:val="Heading3"/>
      </w:pPr>
      <w:r>
        <w:rPr>
          <w:rFonts w:ascii="Times New Roman" w:hAnsi="Times New Roman" w:eastAsia="Times New Roman" w:cs="Times New Roman"/>
          <w:b/>
          <w:i w:val="0"/>
          <w:sz w:val="22"/>
        </w:rPr>
        <w:t>Пункт 4.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Специальным законом, закрепляющим порядок и условия исполнения и отбывания наказаний, правовое положение и средства исправления осужденных, в частности право на длительные свидания, а также особые правила для предоставления дополнительных свиданий в определенных целях или, напротив, для временного их ограничения в отношении определенной категории осужденных, является Уголовно- исполнительный кодекс Российской Федерации (статьи 1–4), нормы которого должны быть согласованы между собой, а с ними – и нормы других правовых актов, затрагивающих эту сферу. Конституционный Суд Российской Федерации неоднократно отмечал, что законоположения, не отвечающие критериям формальной определенности, точности, ясности, недвусмысленности и согласованности в системе действующего правового регулирования, порождают противоречивую правоприменительную практику, создают возможность их неоднозначного истолкования и произвольного применения и тем самым отступают от принципа равенства перед законом и судом, нарушают конституционные гарантии государственной – в том числе судебной – защиты прав, свобод и законных интересов граждан (постановления от 20 апреля 2009 года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Конституция Российской Федерации, закрепляя в статье 22 право каждого на свободу и личную неприкосновенность, устанавливает единые гарантии этого права при заключении под стражу, содержании под стражей и при лишении свободы (Постановление Конституционного Суда Российской 16 Федерации от 27 февраля 2003 года</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Настоящее Постановление устанавливает подлежащий применению впредь до внесения в действующее законодательство соответствующих изменений порядок разрешения вопроса о праве на длительные свидания в отношении лиц, осужденных к лишению свободы с отбыванием наказания в исправительной колонии, воспитательной колонии или тюрьме и оставленных в следственном изоляторе либо переведенных в следственный 22 изолятор из указанных исправительных учреждений для участия в следственных действиях или в судебном разбирательстве. Вопрос о праве заявителя на длительное свидание, если он в соответствии с положениями статьи 771 УИК Российской Федерации продолжает находиться в следственном изоляторе, должен решаться в соответствии с основаниями и порядком разрешения данного вопроса, установленными в настоящем Постановлении, с учетом их предусмотренного уголовно-исполнительным законодательством порядка и периодичности. Если же в настоящее время заявитель не находится в следственном изоляторе, то предоставление ему длительных свиданий в соответствии с настоящим Постановлением утратило для него актуальность. С учетом этого</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статью 771 УИК Российской Федерации и статью 18 Федерального закона «О содержании под стражей подозреваемых и обвиняемых в совершении преступлений» в их взаимосвязи, рассматриваемые в системе действующего правового регулирования, не соответствующими Конституции Российской Федерации, ее статьям 21 (часть 1), 23 (часть 1), 38 (часть 1) и 55 (часть 3), в той мере, в какой лица, осужденные к лишению свободы с отбыванием наказания в исправительной колонии, воспитательной колонии или тюрьме и оставленные в следственном изоляторе либо переведенные в следственный изолятор из указанных исправительных учреждений для участия в следственных действиях в качестве подозреваемого, обвиняемого или участия в судебном разбирательстве в качестве обвиняемого, лишаются права на длительные свидания без установленных законом оснований, подлежащих судебному контролю, и при этом без учета продолжительности нахождения в следственном изоляторе в порядке статьи 771 данного Кодекса.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в том числе образующих фундамент принципа правовой определенности, и с учетом правовых позиций Конституционного Суда Российской Федерации, выраженных в настоящем Постановлении, – внести в действующее законодательство необходимые изменения, вытекающие из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Впредь до внесения в действующее законодательство соответствующих изменений вопрос об ограничении права на длительные свидания в отношении лиц, осужденных к лишению свободы с отбыванием наказания в исправительной колонии, воспитательной колонии или тюрьме и 24 оставленных в следственном изоляторе либо переведенных в следственный изолятор из указанных исправительных учреждений для участия в следственных действиях или в судебном разбирательстве, подлежит разрешению по основаниям и в порядке, установленным настоящим Постановлением. Право требовать длительного свидания в соответствии с настоящим Постановлением возникает по истечении двух месяцев со дня его вступления в силу.</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Гражданин Парамонов Евгений Викторович имеет право на обращение в суд за применением компенсаторных механизмов в связи с принятыми в отношении него правоприменительными решениями, основанными на положениях статьи 771 УИК Российской Федерации и статьи 18 Федерального закона «О содержании под стражей подозреваемых и обвиняемых в совершении преступлений». Форма и размер компенсации, а также наличие оснований для ее применения в соответствии с пунктом 7 мотивировочной части настоящего Постановления определяются Колпинским районным судом Санкт-Петербурга как судом, рассмотревшим в первой инстанции конкретное дело, в котором применены оспоренные в Конституционном Суде Российской Федерации нормативные положения.</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Прекратить производство по настоящему делу в части, касающейся проверки конституционности статей 17 и 18 (относительно ограничения права на длительные свидания для лиц, заключенных под стражу) Федерального закона «О содержании под стражей подозреваемых и обвиняемых в совершении преступлений», а также пунктов 139–143 Правил внутреннего распорядка следственных изоляторов уголовно-исполнительной системы.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25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