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И.С.Гимадеева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Гимадеева Ильяса Сахаувича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