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В.С.Фетисовой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Фетисовой Валентины Семеновны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