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2-П/2006</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28 февраля 2006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отдельных положений Федерального закона «О связи» в связи с запросом Думы Корякского автономного округа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Г.А.Жилина, судей Ю.М.Данилова, Л.М.Жарковой, В.Д.Зорькина, С.М.Казанцева, М.И.Клеандрова, Н.В.Мельникова, Н.В.Селезнева, О.С.Хохряковой, с участием представителя Думы Корякского автономного округа – адвоката Т.Л.Пуховой, постоянного представителя Государственной Думы в Конституционном Суде Российской Федерации Е.Б.Мизулиной, представителя Совета Федерации – доктора юридических наук Е.В.Виноградовой, руководствуясь статьей 125 (пункт «а» части 2) Конституции Российской Федерации, подпунктом «а» пункта 1 части первой, частями третьей и четвертой статьи 3, подпунктом «а» пункта 1 части второй статьи 22, статьями 36, 74, 84, 85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отдельных положений Федерального закона «О связи». 2 Поводом к рассмотрению дела явился запрос Думы Корякского автономного округа, в котором оспаривается конституционность положений абзацев первого и второго пункта 2 и абзаца шестого пункта 4 статьи 22, пункта 2 статьи 23, абзацев первого и четвертого пункта 2, пунктов 4, 5 и 10 статьи 24, пункта 4 статьи 30, абзацев третьего и четвертого пункта 2 статьи 58, пунктов 2 и 3 статьи 59 и статьи 60 Федерального закона от 7 июля 2003 года «О связи». Основанием к рассмотрению дела явилась обнаружившаяся неопределенность в вопросе о том, соответствуют ли оспариваемые законоположения Конституции Российской Федерации. Заслушав сообщение судьи-докладчика С.М.Казанцева, объяснения представителей сторон, выступления полномочного представителя Правительства Российской Федерации в Конституционном Суде Российской Федерации М.Ю.Барщевского и приглашенных в заседание представителей: от Министерства информационных технологий и связи Российской Федерации – Д.А.Пархоменко и Е.А.Чечельницкого, от Федеральной налоговой службы – И.В.Маркова,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запросе Думы Корякского автономного округа оспаривается конституционность следующих положений Федерального закона «О связи»: взаимосвязанных положений абзацев первого и второго пункта 2 статьи 22, абзацев первого и четвертого пункта 2, пунктов 4, 5 и 10 статьи 24 и пункта 4 статьи 30, определяющих компетенцию межведомственного коллегиального органа по радиочастотам при федеральном органе исполнительной власти в области связи – государственной комиссии по радиочастотам в области регулирования использования радиочастотного спектра, – как возлагающих осуществление властно-распорядительных и контрольных полномочий исполнительной власти в области связи на орган, не входящий в структуру федеральных органов исполнительной власти и не 3 являющийся юридическим лицом, что, по мнению заявителя, противоречит статьям 10, 11 (часть 1), 15 (часть 1), 55 (часть 3) и 110 Конституции Российской Федерации, Уставу Международного союза электросвязи, Конвенции Международного союза электросвязи и Регламенту радиосвязи; положения абзаца шестого пункта 4 статьи 22, не допускающего бессрочное выделение полос радиочастот, присвоение радиочастот или радиочастотных каналов, и пункта 2 статьи 23, устанавливающего требование о периодическом пересмотре Таблицы распределения полос частот между радиослужбами Российской Федерации и плана перспективного использования радиочастотного спектра радиоэлектронными средствами, – как необоснованно ограничивающих конституционное право на свободное осуществление предпринимательской деятельности, а также противоречащих статьям 15 (часть 4) и 55 (часть 3) Конституции Российской Федерации; абзацев третьего и четвертого пункта 2 статьи 58, предусматривающих в определенных ими случаях возложение Правительством Российской Федерации обязанности оказания универсальных услуг связи на оператора, занимающего существенное положение в сети связи общего пользования, который не вправе отказаться от этой обязанности, – как необоснованно ограничивающих свободу экономической деятельности, не согласующихся с принципом свободы договора и тем самым противоречащих статьям 8, 34 (часть 1) и 55 (часть 3) Конституции Российской Федерации; взаимосвязанных положений пунктов 2 и 3 статьи 59 и статьи 60, устанавливающих обязанность всех операторов сети связи общего пользования осуществлять отчисления в резерв универсального обслуживания, – как вводящих обязанность по уплате отчислений налогового характера, при том что законом не определены все существенные элементы налогообложения, а соответствующее право предоставлено Правительству Российской Федерации, чем нарушаются предписания статей 57 и 75 (часть 3) Конституции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относит связь к предметам ведения Российской Федерации (статья 71, пункт «и»), по которым 4 принимаются федеральные конституционные законы и федеральные законы, имеющие прямое действие на всей территории Российской Федерации (статья 76, часть 1). Исходя из приведенных положений Конституции Российской Федерации и с учетом предписания ее статьи 71 (пункт «г») Федеральный закон «О связи» определяет, что в системе федеральных органов исполнительной власти государственное регулирование деятельности в области связи осуществляют Правительство Российской Федерации, федеральный орган исполнительной власти в области связи, а также в пределах компетенции – иные федеральные органы исполнительной власти. Согласно Указу Президента Российской Федерации от 20 мая 2004 года № 649 «Вопросы структуры федеральных органов исполнительной власти», изданному в соответствии со статьей 112 Конституции Российской Федерации и Федеральным конституционным законом «О Правительстве Российской Федерации», федеральным органом исполнительной власти в области связи, руководство которым осуществляет Правительство Российской Федерации, является Министерство информационных технологий и связи Российской Федерации (на момент принятия Федерального закона «О связи» согласно Указу Президента Российской Федерации от 12 ноября 1999 года № 1487 «О Министерстве Российской Федерации по связи и информатизации» – Министерство Российской Федерации по связи и информатизации), которому подведомственны Федеральная служба по надзору в сфере связи, Федеральное агентство по информационным технологиям и Федеральное агентство связи. Основываясь на предписаниях статей 110, 114 и 115 Конституции Российской Федерации, Федеральный закон «О связи» устанавливает конкретные полномочия Правительства Российской Федерации в области связи, соответствующие полномочия федеральных органов исполнительной власти, а также межведомственного коллегиального органа по радиочастотам при федеральном органе исполнительной власти в области связи – государственной комиссии по радиочастотам. 5 Так, Правительство Российской Федерации осуществляет государственное регулирование деятельности в области связи, устанавливает полномочия федерального органа исполнительной власти в этой области, определяет перечень радиоэлектронных средств и высокочастотных устройств, подлежащих регистрации, и порядок их регистрации, утверждает Таблицу распределения полос частот между радиослужбами Российской Федерации и план перспективного использования радиочастотного спектра, определяет порядок установления размеров платы за использование радиочастотного спектра, ее взимания, распределения и использования, а также порядок осуществления государственного надзора за деятельностью в области связи, который возложен на федеральный орган исполнительной власти по надзору в области связи (пункт 1 статьи 21, пункт 5 статьи 22, пункты 1 и 4 статьи 23, пункт 1 статьи 27 Федерального закона «О связи»). Федеральный орган исполнительной власти в области связи выполняет функции по выработке государственной политики и нормативно-правовому регулированию в области связи, функции администрации связи Российской Федерации при осуществлении международной деятельности Российской Федерации в области связи, производит присвоение (назначение) радиочастоты или радиочастотного канала для радиоэлектронных средств гражданского назначения, а также принудительное изменение радиочастоты или радиочастотного канала в исключительных случаях; на него же возложено лицензирование деятельности в области оказания услуг связи (пункт 2 статьи 21, пункты 3 и 6 статьи 24, пункт 2 статьи 29 Федерального закона «О связи»). Федеральный орган исполнительной власти по надзору в области связи уполномочен выдавать предписания об устранении нарушений обязательных требований в области связи, а его должностные лица – составлять протоколы об административных правонарушениях в области связи (пункты 3 и 4 статьи 27 Федерального закона «О связи»). Федеральный закон «О связи» закрепляет статус государственной комиссии по радиочастотам как межведомственного коллегиального органа при федеральном органе исполнительной власти в области связи. Положение 6 о Государственной комиссии по радиочастотам, утвержденное постановлением Правительства Российской Федерации от 2 июля 2004 года № 336, определяет ее как межведомственный координационный орган, действующий при Министерстве информационных технологий и связи Российской Федерации и осуществляющий на коллегиальной основе регулирование использования радиочастотного спектра в Российской Федерации. Статьи 22, 23, 24 и 30 Федерального закона «О связи» устанавливают конкретные полномочия государственной комиссии по радиочастотам в сфере регулирования использования радиочастотного спектра, такие как разработка Таблицы распределения полос частот между радиослужбами Российской Федерации и плана перспективного использования радиочастотного спектра, подлежащих утверждению Правительством Российской Федерации, рассмотрение предложений саморегулируемых организаций и отдельных операторов связи о пересмотре названных Таблицы и плана, принятие решения о выделении полос радиочастот в полосах категорий совместного пользования радиоэлектронными средствами любого назначения и преимущественного пользования радиоэлектронными средствами гражданского назначения, в частности для получения лицензии на использование радиочастотного спектра, выдаваемой федеральным органом исполнительной власти в области связи, определение порядка проведения экспертизы о возможности использования заявленных радиоэлектронных средств. Анализ приведенных норм Федерального закона «О связи», рассматриваемых в системной связи, не дает оснований для вывода о наличии у государственной комиссии по радиочастотам функций органа исполнительной власти, наделенного государственно-властными полномочиями, в том числе правоустановительного и правоохранительного характера. Как указал Конституционный Суд Российской Федерации в постановлениях от 9 января 1998 года Решение государственной комиссии по радиочастотам о выделении полосы радиочастот соискателю лицензии на осуществление деятельности в области оказания услуг связи не является специальным разрешением на осуществление конкретного вида деятельности, а положение пункта 4 статьи 30 Федерального закона «О связи», закрепляющее требование о его представлении для получения лицензии, предусматривающей при оказании услуг связи использование радиочастотного спектра, не дает оснований считать комиссию федеральным органом исполнительной власти, принимающим решение о предоставлении лицензии. Решение о выделении полосы радиочастот принимается комиссией для обеспечения надлежащего функционирования радиоэлектронных средств и высокочастотных устройств, принадлежащих пользователям радиочастотного спектра, на основании положительного заключения экспертизы о возможности их использования, что вызвано объективными причинами и имеет целью обеспечение их электромагнитной совместимости и недопущение столкновения интересов пользователей сетей связи. Такое регулирование направлено на создание равных условий для всех субъектов, профессионально оказывающих услуги связи, и не может рассматриваться как ограничивающее конституционную свободу предпринимательской деятельности. Согласно Уставу Международного союза электросвязи за каждым государством полностью признается суверенное право регламентировать свою электросвязь. Регламент радиосвязи Международного союза электросвязи полномочия по выделению радиочастот и радиочастотных каналов относит к ведению национальных администраций в области связи, под которыми Устав Международного союза электросвязи понимает любое правительственное учреждение или службу, ответственные за выполнение обязательств по данному Уставу, Конвенции Международного союза электросвязи и Административным регламентам. 10 Каждое государство, подписавшее названные международные акты, самостоятельно определяет государственный орган, на который возлагаются функции администрации связи. Согласно абзацу пятому пункта 2 статьи 21 и абзацу второму пункта 1 статьи 69 Федерального закона «О связи» администрацией связи Российской Федерации при осуществлении международной деятельности в области связи является федеральный орган исполнительной власти в области связи. В настоящее время – это Министерство информационных технологий и связи Российской Федерации и подведомственные ему Федеральная служба по надзору в сфере связи, Федеральное агентство по информационным технологиям и Федеральное агентство связи, входящие в систему федеральных органов исполнительной власти. Таким образом, взаимосвязанные положения абзацев первого и второго пункта 2 статьи 22, абзацев первого и четвертого пункта 2, пунктов 4, 5 и 10 статьи 24 и пункта 4 статьи 30 Федерального закона «О связи» не противоречат Конституции Российской Федерации, поскольку из этих положений – по их конституционно-правовому смыслу в системе действующего правового регулирования – следует, что государственная комиссия по радиочастотам не является органом исполнительной власти, а ее решения в качестве межведомственного координационного органа, действующего при Министерстве информационных технологий и связи Российской Федерации, приобретают обязательный характер постольку, поскольку утверждаются данным полномочным федеральным органом исполнительной власти в области связи либо согласованным решением этого органа и других заинтересованных федеральных органов исполнительной власти.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Закрепленный в абзаце шестом пункта 4 статьи 22 Федерального закона «О связи» принцип недопустимости бессрочного выделения полос радиочастот, присвоения радиочастот или радиочастотных каналов обусловлен природой радиочастотного спектра, его ограниченностью, а потому – необходимостью оптимального использования. Соответственно, 11 пунктом 2 статьи 23 данного Федерального закона предусматривается пересмотр Таблицы распределения полос радиочастот между радиослужбами Российской Федерации не реже чем один раз в четыре года, плана перспективного использования радиочастотного спектра радиоэлектронными средствами – не реже одного раза в десять лет, а саморегулируемые организации и отдельные операторы связи наделяются правом один раз в два года вносить предложения в государственную комиссию по радиочастотам о пересмотре данных документов. Названные нормативные положения корреспондируют Уставу Международного союза электросвязи, статья 44 которого предписывает членам Международного союза электросвязи ограничивать количество частот и ширину используемого спектра до минимума, требующегося для обеспечения удовлетворительной работы необходимых служб, использовать радиочастоты рационально, эффективно и экономно, обеспечивать справедливый доступ к этим частотам разным странам или группам стран, что невозможно было бы осуществить при бессрочном выделении полос радиочастот или бессрочном присвоении (назначении) радиочастоты или радиочастотного канала. Согласно абзацу третьему пункта 2 статьи 24 Федерального закона «О связи» выделение полос радиочастот осуществляется сроком на десять лет или на меньший заявленный срок, который по обращению пользователя может быть увеличен или уменьшен органами, выделившими полосу радиочастот. В течение заявленного срока государственная комиссия по радиочастотам не может изменить присвоенные (назначенные) радиочастоту или радиочастотный канал, за исключением случаев, исчерпывающий перечень которых содержится в пункте 6 той же статьи, а именно когда этого требуют интересы обеспечения нужд государственного управления, в том числе президентской связи, правительственной связи, нужд обороны страны, безопасности государства и обеспечения правопорядка; принудительное изменение радиочастоты или радиочастотного канала у пользователя радиочастотным спектром допускается только в целях предотвращения 12 угрозы жизни или здоровью человека и обеспечения безопасности государства, а также в целях выполнения обязательств, вытекающих из международных договоров Российской Федерации; при этом владельцам радиоэлектронных средств гарантируется возмещение убытков, причиненных изменением радиочастоты или радиочастотного канала, а пользователю радиочастотным спектром – право на обжалование принудительного изменения радиочастоты или радиочастотного канала в судебном порядке. Таким образом, установление пунктом 4 статьи 22 и пунктом 2 статьи 23 Федерального закона «О связи» определенных сроков использования радиочастот и возможности их изменения не является произвольным, соответствует международным стандартам и не может рассматриваться как противоречащее Конституции Российской Федерации, в том числе ее положениям, закрепляющим право каждого на свободное использование своих способностей и имущества для предпринимательской и иной не запрещенной законом экономической деятельности.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Гарантируемые в Российской Федерации единство экономического пространства, свободное перемещение товаров, услуг и финансовых средств, поддержка конкуренции, свобода экономической деятельности предполагают равный доступ к средствам связи для всех граждан независимо в том числе от их социально-экономического положения. Кроме того, исходя из статьи 7 (часть 1) Конституции Российской Федерации во взаимосвязи с ее статьями 19, 20 (часть 1), 29 (часть 4), 41 (часть 1) и 42, любому пользователю услугами связи должна быть обеспечена реальная возможность на всей территории Российской Федерации в заданный срок, с установленным качеством и по доступной цене пользоваться универсальными услугами связи – услугами телефонной связи с использованием таксофонов и услугами по передаче данных и предоставлению доступа к сети «Интернет» с использованием пунктов коллективного доступа (статья 2 и пункт 1 статьи 57 Федерального закона «О связи»). 13 Государственное регулирование отношений между пользователями универсальных услуг связи и операторами универсального обслуживания, с одной стороны, призвано обеспечить доступность таких услуг пользователям, нуждающимся в них, а с другой – не должно нарушать право собственности и право на осуществление предпринимательской деятельности оператора связи. Как неоднократно указывал</w:t>
      </w:r>
    </w:p>
    <w:p>
      <w:pPr>
        <w:pStyle w:val="Heading3"/>
      </w:pPr>
      <w:r>
        <w:rPr>
          <w:rFonts w:ascii="Times New Roman" w:hAnsi="Times New Roman" w:eastAsia="Times New Roman" w:cs="Times New Roman"/>
          <w:b/>
          <w:i w:val="0"/>
          <w:sz w:val="22"/>
        </w:rPr>
        <w:t>Пункт 5. Конституционные основы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Конституция Российской Федерации, как следует из ее статьи 57 во взаимосвязи со статьями 8 (часть 2) и 35, допускает взимание устанавливаемых законом обязательных публичных платежей, ограничивающих конституционное право собственности, в виде налогов либо сборов. Их правовое регулирование может быть различным, что предопределяется природой названных платежей. Налоги – необходимое условие существования государства. Они представляют собой основанную на законе денежную форму отчуждения собственности в целях обеспечения расходов публичной власти, осуществляемого на началах обязательности, безвозвратности, индивидуальной безвозмездности, и, как правило, не имеют целевого назначения. Обязанность платить налоги распространяется на всех налогоплательщиков в качестве безусловного требования государства, которое реализуется путем взыскания в бесспорном порядке сумм налоговой задолженности (постановления Конституционного Суда Российской Федерации от 17 декабря 1996 года Федеральный закон «О связи» закрепляет обязанность операторов сети связи общего пользования осуществлять отчисления в резерв универсального обслуживания, средства которого формируются и расходуются исключительно в целях обеспечения возмещения операторам 17 универсального обслуживания убытков, причиняемых оказанием универсальных услуг связи (статьи 59 и 60). Данный платеж обязателен к уплате в силу закона, имеет непосредственно возмездный и компенсационный характер для тех операторов, которые несут убытки от оказания социально значимых услуг универсальной связи, а также опосредованно возмездный характер – для всех операторов сети связи общего пользования, в том числе для тех, которые подобных услуг не оказывают, поскольку все плательщики этих отчислений могут участвовать в конкурсе на заключение договора на оказание универсальных услуг связи и вследствие своего неизбежного технологического участия в общей инфраструктуре связи Российской Федерации заинтересованы, кроме того, в ее развитии в целях расширения собственных коммерческих возможностей. Налоговый кодекс Российской Федерации не указывает средства отчислений операторов сети связи общего пользования в резерв универсального обслуживания в перечне налогов и сборов, не относит его к числу налоговых доходов и Бюджетный кодекс Российской Федерации. Федеральный закон «О бюджетной классификации Российской Федерации» включает средства отчислений операторов сети связи общего пользования в резерв универсального обслуживания наряду с лицензионными сборами в группу доходов от оказания платных услуг и компенсаций затрат государства (приложение 2). Федеральный закон «О федеральном бюджете на 2006 год» относит данный платеж к отчислениям неналоговых доходов в федеральный бюджет (приложение 2). Таким образом, данные отчисления, осуществляемые операторами сети связи общего пользования – группой субъектов предпринимательской деятельности, которых объединяет общая заинтересованность в развитии инфрастуктуры связи как хозяйственной отрасли, обладают существенными признаками, характерными не для налогов, а для фискальных сборов. Аналогичные отчисления операторов связи в других государствах, в частности в странах Европейского Союза, также относятся не к налогам – «taxes», а к отчислениям, взносам – «contributions» (Directive 2002/22/EC of 18 the European Parliament and of the Council of 7 March 2002 on universal service and users' rights relating to electronic communications networks and services – Universal Service Directive). По смыслу статей 57, 71 (пункты «з», «и») и 75 (часть 3) Конституции Российской Федерации, федеральный законодатель – прежде всего в целях создания надлежащих условий для оказания социально значимых услуг связи на всей территории Российской Федерации, внедрения перспективных технологий и стандартов, развития российской инфраструктуры связи, обеспечения ее интеграции в международные сети связи – вправе урегулировать обеспечение компенсации убытков при оказании универсальных услуг связи операторами, на которых возложена соответствующая обязанность, исходя при этом из требований объективности, прозрачности, соразмерности, недопущения дискриминации. При соблюдении этих условий сама по себе возможность возмещения убытков операторам, оказывающим универсальные услуги связи, за счет резерва универсального обслуживания, источниками формирования которого являются обязательные отчисления операторов сети связи общего пользования и иные не запрещенные законом источники, не может рассматриваться как нарушающая Конституцию Российской Федерации. Вместе с тем установление на федеральном уровне подобных фискальных сборов, как обусловленное необходимостью решения общефедеральных задач по развитию услуг универсальной связи, обладающих значительной отраслевой спецификой, не может рассматриваться как открывающее возможность произвольного установления иными уровнями публичной власти сборов, не предусмотренных Налоговым кодексом Российской Федерации. В противном случае оказались бы нарушенными положения Конституции Российской Федерации, ее статьи 8 (часть 1) о единстве экономического пространства Российской Федерации, статей 35 и 55 (часть 3) о возможности ограничения прав и свобод граждан, включая право собственности, только федеральным законом, а также статьи 75 (часть 3) об установлении общих принципов налогообложения и сборов федеральным 19 законом. Как указал Вывод, сделанный Конституционным Судом Российской Федерации в Определении от 10 декабря 2002 года Взаимосвязанные положения пунктов 2 и 3 статьи 59 и статьи 60 Федерального закона «О связи» называют лишь субъекты отчислений в резерв универсального обслуживания и цели взимания данного сбора, при этом Правительству Российской Федерации делегируется определение порядка формирования и расходования средств резерва универсального обслуживания. Между тем утвержденными постановлением Правительства Российской Федерации от 21 апреля 2005 года № 243 Правилами формирования и расходования средств резерва универсального обслуживания (пункты 3 и 4) для этих отчислений фактически установлены объект (доходы от оказанных услуг связи в сети связи общего пользования, от оказанных услуг присоединения и услуг по пропуску трафика в сети связи общего пользования), база (разность между доходами от оказанных услуг связи в сети связи общего пользования и доходами от оказанных услуг 26 присоединения и услуг по пропуску трафика в сети связи общего пользования), ставка (1,2 процента), период (квартал), порядок исчисления (из разницы доходов исключаются суммы, уплачиваемые в виде налога на добавленную стоимость), порядок и сроки уплаты (по итогам каждого квартала не позднее 30-го числа месяца, следующего за последним месяцем истекшего квартала), т.е., по сути, все существенные элементы данного сбора установлены не законом, а подзаконным актом. Следовательно, в данном случае предоставление Правительству Российской Федерации полномочия определять порядок формирования и расходования средств резерва универсального обслуживания, т.е. права лишь конкретизировать содержание необходимых элементов сбора, которые должны быть законно установленными (в том числе объект и база, максимальный размер ставки или, по крайней мере, критерии его определения – с учетом регулярной основы взимания сбора), в силу неопределенности и неясности положений пунктов 2 и 3 статьи 59 и статьи 60 названного Федерального закона в части, касающейся существенных элементов отчислений операторов сети связи общего пользования в резерв универсального обслуживания, повлекло за собой чрезмерное расширение объема и пределов подзаконного регулирования. В результате федеральный законодатель допустил возможность регламентации Правительством Российской Федерации таких вопросов, которые могут быть урегулированы исключительно законом, нарушив тем самым конституционные критерии законно установленных налогов и сборов применительно к неналоговым фискальным сборам. Таким образом, положения пунктов 2 и 3 статьи 59 и статьи 60 Федерального закона «О связи» в той мере, в какой они, наделяя Правительство Российской Федерации полномочиями определять порядок формирования и расходования средств резерва универсального обслуживания, не устанавливают существенные элементы предусмотренного ими сбора – объект и базу, максимальный размер ставки или критерии его 27 определения, не соответствуют Конституции Российской Федерации, ее статьям 10, 35 (части 2 и 3), 55 (часть 3) и 57. Вместе с тем необходимо иметь в виду, что утрата положениями пунктов 2 и 3 статьи 59 и статьи 60 Федерального закона «О связи» юридической силы с момента провозглашения настоящего Постановления создала бы пробел в правовом регулировании порядка формирования средств резерва универсального обслуживания и непосредственно затронула бы связанные с исполнением федерального бюджета на 2006 год права и законные интересы других лиц. В результате в период до приведения федеральным законодателем и Правительством Российской Федерации правового регулирования в соответствие с настоящим Постановлением цели, для которых создан резерв универсального обслуживания, не могли бы быть достигнуты. С учетом этих обстоятельств и в соответствии с пунктом 12 части первой статьи 75, статьями 79 и 80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Занимающие существенное положение в сети связи общего пользования региона операторы, не желающие стать универсальными операторами и просчитавшие все негативные для себя последствия назначения их универсальными операторами, вынужденно перестанут быть законопослушными предпринимателями, уйдут - в экономико- статистическом смысле - "в тень" и перестанут занимать существенное положение в сети связи общего пользования.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Те операторы связи, которые, не желая становиться универсальными операторами, не смогут, не захотят или не успеют уйти в экономико- статистическую "тень", функции назначенного универсального оператора связи в регионе будут вынужденно выполнять "из-под палки". Во всем мире хорошо известна неэффективность внеэкономического принуждения к любым действиям; в нашей стране эта неэффективность очевидной была еще недавно, в условиях плановой экономики; административные же рычаги 36 внеэкономического принуждения в условиях рыночной экономики не могут стать действенными по определению.</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 отдельных федеральных, региональных и местных руководителей с очевидностью возникает искушение решать те или иные крупные и/или локальные проблемы (в сферах социальной, охраны правопорядка, культурной, жилищно-коммунальной, культуры, образования, спорта и пр. - им нет числа) идентичным способом, благо административный раж их даже Конституционным Судом Российской Федерации ограничен (по аналогии) уже не будет: например, в той же сфере связи надвигающийся общефедеральный проект цифровизации телерадиовещания, который "тянет", по предварительным прикидкам, не менее чем на 400 млрд. рублей. Следует обратить внимание и на то обстоятельство, что, признав соответствующими Конституции Российской Федерации абзацы третий и четвертый пункта 2 статьи 58 Федерального закона "О связи",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Признать взаимосвязанные положения пунктов 2 и 3 статьи 59 и статьи 60 Федерального закона «О связи», закрепляющие обязанность операторов сети связи общего пользования осуществлять отчисления в резерв универсального обслуживания, который создается в целях обеспечения возмещения операторам универсального обслуживания убытков, причиняемых оказанием универсальных услуг связи, и средства которого формируются и расходуются в порядке, определенном Правительством Российской Федерации, в той мере, в какой они, наделяя Правительство Российской Федерации данным полномочием, не определяют существенные элементы указанных неналоговых фискальных платежей (сбора) – объект и базу, максимальный размер ставки или его критерии (с учетом регулярной основы их взимания), которые для таких платежей должны быть установлены непосредственно законом, не соответствующими Конституции Российской Федерации, ее статьям 10, 35 (части 2 и 3), 55 (часть 3) и 57. Исходя из требований Конституции Российской Федерации и с учетом настоящего Постановления Федеральному Собранию надлежит внести необходимые изменения и дополнения в Федеральный закон «О связи», а Правительству Российской Федерации – привести принятые им нормативные правовые акты в соответствие с такими изменениями и дополнениями в сроки, необходимые для их учета в федеральном бюджете на 2007 год. Признанные неконституционными положения пунктов 2 и 3 статьи 59 и статьи 60 Федерального закона «О связи», а также основанные на них положения нормативных правовых актов во всяком случае утрачивают силу не позднее 1 января 2007 года. 30</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