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гражданина В.И.Дмитриева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Дмитриева Владимира Ивановича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