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А.Ю.Карпунова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Карпунова Алексея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