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3-П/2007</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21 марта 2007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ряда положений статей 6 и 15 Федерального конституционного закона «О референдуме Российской Федерации» в связи с жалобой граждан В.И.Лакеева, В.Г.Соловьева и В.Д.Уласа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Н.С.Бондаря, Г.А.Гаджиева, Ю.М.Данилова, Л.М.Жарковой, Г.А.Жилина, С.М.Казанцева, М.И.Клеандрова, А.Л.Кононова, Л.О.Красавчиковой, С.П.Маврина, Н.В.Мельникова, Ю.Д.Рудкина, Н.В.Селезнева, А.Я.Сливы, В.Г.Стрекозова, О.С.Хохряковой, Б.С.Эбзеева, В.Г.Ярославцева, с участием граждан В.И.Лакеева, В.Г.Соловьева и В.Д.Уласа, постоянного представителя Государственной Думы в Конституционном Суде Российской Федерации Е.Б.Мизулиной, полномочного представителя Совета Федерации в Конституционном Суде Российской Федерации Ю.А.Шарандина, полномочного представителя Президента Российской Федерации в Конституционном Суде Российской Федерации М.В.Кротова, 2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74,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ряда положений статей 6 и 15 Федерального конституционного закона «О референдуме Российской Федерации». Поводом к рассмотрению дела явилась жалоба граждан В.И.Лакеева, В.Г.Соловьева и В.Д.Уласа на нарушение их конституционных прав положениями пункта 6 части 5, части 7 статьи 6 и части 13 статьи 15 Федерального конституционного закона от 28 июня 2004 года «О референдуме Российской Федерации».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в жалобе законоположения. Заслушав сообщение судьи-докладчика Б.С.Эбзеева, объяснения представителей сторон, мнения специалистов – кандидата филологических наук В.Н.Белоусова, докторов юридических наук Е.Ю.Грачевой и А.И.Лукьянова, выступления приглашенного в заседание представителя от Центральной избирательной комиссии Российской Федерации – члена Центральной избирательной комиссии Российской Федерации Н.А.Кулясовой, а также приглашенных в заседание по ходатайству стороны, обратившейся в Конституционный Суд Российской Федерации с жалобой, – граждан Г.А.Зюганова и И.И.Мельникова,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В.И.Лакеев, В.Г.Соловьев и В.Д.Улас оспаривают конституционность ряда положений Федерального конституционного закона «О референдуме Российской Федерации», а именно: 3 пункта 6 части 5 статьи 6 – в части, предусматривающей, что на референдум не могут выноситься вопросы о принятии и об изменении федерального бюджета, исполнении и изменении внутренних финансовых обязательств Российской Федерации; части 7 статьи 6, согласно которой вопрос, выносимый на референдум, должен быть сформулирован таким образом, чтобы исключалась возможность его множественного толкования, чтобы на него можно было дать только однозначный ответ и чтобы исключалась неопределенность правовых последствий принятого на референдуме решения; части 13 статьи 15 – в части, наделяющей Центральную избирательную комиссию Российской Федерации полномочием в течение 10 дней со дня первого уведомления о вопросе (вопросах) референдума, указанном (указанных) в ходатайстве о регистрации региональной подгруппы, инициирующей проведение референдума, проверять соответствие вопроса (вопросов) референдума требованиям, предусмотренным статьей 6 данного Федерального конституционного закона, и принимать соответствующее решение. На основании приведенных положений Федерального конституционного закона «О референдуме Российской Федерации» Московская городская избирательная комиссия решением от 26 апреля 2005 года отказала в регистрации Московской городской региональной подгруппы инициативной группы по проведению референдума Российской Федерации со ссылкой на заключение Центральной избирательной комиссии Российской Федерации, которым 15 из 17 вопросов, предлагавшихся для вынесения на референдум Российской Федерации, были признаны не соответствующими требованиям пунктов 6 и 7 части 5, а также частей 6 и 7 статьи 6 названного Федерального конституционного закона. Решение Центральной избирательной комиссии Российской Федерации от 20 апреля 2005 года, которым было утверждено это заключение, уполномоченные представители Московской городской 4 региональной подгруппы – граждане В.И.Лакеев, В.Г.Соловьев и В.Д.Улас обжаловали в Верховный Суд Российской Федерации как противоречащее действующему законодательству и нарушающее право граждан на участие в управлении делами государства путем участия в подготовке и проведении референдума Российской Федерации. Верховный Суд Российской Федерации решением от 2 июня 2005 года отказал в удовлетворении их требования, согласившись с заключением Центральной избирательной комиссии Российской Федерации, в том числе в отношении признания некоторых вопросов референдума противоречащими Конституции Российской Федерации, ограничивающими, отменяющими или умаляющими общепризнанные права и свободы человека и гражданина, а также конституционные гарантии реализации таких прав и свобод. Кассационная коллегия Верховного Суда Российской Федерации определением от 28 июля 2005 года оставила данное решение без изменения. Как утверждают заявители, положение пункта 6 части 5 статьи 6 Федерального конституционного закона «О референдуме Российской Федерации» противоречит статьям 3 (части 2 и 3), 19 (части 1 и 2), 32 (часть 2), 55 (часть 3), 94, 105, 106, 108 и 114 (пункт «а» части 1) Конституции Российской Федерации, поскольку по смыслу, придаваемому ему правоприменительными органами, позволяет запрещать вынесение на референдум Российской Федерации какого бы то ни было вопроса, касающегося федерального бюджета и обязанностей государства нести соответствующие расходы, при том что любой вопрос так или иначе затрагивает бюджет и связан с расходами государства. Часть 7 статьи 6 Федерального конституционного закона «О референдуме Российской Федерации», по мнению заявителей, противоречит статьям 19, 32 (части 1 и 2) и 55 (часть 3) Конституции Российской Федерации, поскольку допускает расширительное и произвольное толкование правоприменительными органами содержащихся в ней требований. Противоречие статьям 2, 10, 11, 19, 32 (части 1 и 2), 55 (часть 3) и 94 Конституции Российской Федерации 5 положения части 13 статьи 15 Федерального конституционного закона «О референдуме Российской Федерации» заявители усматривают в том, что в соответствии с ним Центральная избирательная комиссия Российской Федерации наделяется полномочием, которое, как они полагают, может принадлежать только обладающим соответствующей компетенцией конституционным органам государственной власти. В заседании Конституционного Суда Российской Федерации по настоящему делу постоянным представителем Государственной Думы в Конституционном Суде Российской Федерации Е.Б.Мизулиной было заявлено ходатайство о прекращении производства по делу. По ее мнению, ни в Конституции Российской Федерации, ни в Федеральном конституционном законе «О Конституционном Суде Российской Федерации» не решен вопрос, вправе ли Таким образом, предметом рассмотрения Конституционного Суда Российской Федерации по настоящему делу являются приведенные положения пункта 6 части 5 и части 7 статьи 6, а также части 13 статьи 15 Федерального конституционного закона «О референдуме Российской Федерации» в системной связи с положением ее части 17, определяющим механизм судебной проверки решений Центральной избирательной комиссии Российской Федерации о соответствии вопросов референдума требованиям статьи 6 названного Федерального конституционного закона.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соответствии с Конституцией Российской Федерации носителем суверенитета и единственным источником власти в Российской Федерации как демократическом федеративном правовом государстве с республиканской формой правления является ее многонациональный народ; народ осуществляет свою власть непосредственно, а также через органы государственной власти и органы местного самоуправления; высшее непосредственное выражение власти народа – референдум и свободные выборы (статья 1, часть 1; статья 3, части 1, 2 и 3). Референдум как всенародное голосование граждан Российской Федерации по вопросам государственного значения и свободные выборы как способ формирования органов народного представительства и других выборных органов государственной власти являются, согласно правовой позиции Конституционного Суда Российской Федерации, сформулированной в Постановлении от 11 июня 2003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статье 32 (части 1 и 2) Конституции Российской Федерации граждане Российской Федерации имеют право участвовать в управлении делами государства как непосредственно, так и через своих представителей, избирать и быть избранными в органы государственной власти и органы местного самоуправления, а также участвовать в референдуме. Закрепляя в данной статье, а также в статьях 84 (пункт «в»), 92 (часть 3) и 135 (часть 3) конституционно значимые требования к институту референдума, Конституция Российской Федерации непосредственно не предусматривает процедуру проведения референдума Российской Федерации и не определяет, какие вопросы могут выноситься на референдум (за исключением проекта новой Конституции Российской Федерации), а также не называет государственные органы, призванные обеспечивать его проведение (за исключением Президента Российской Федерации, который назначает референдум). Как следует из указанных статей Конституции Российской Федерации во взаимосвязи с ее статьями 71, 72 и 76 (часть 1), институт референдума в строгом соответствии с его конституционными основами должен быть урегулирован в федеральном конституционном законе, которым определяются требования к форме и содержанию вопросов, выносимых на референдум, к его организации и проведению. При этом федеральный законодатель не вправе отменить или умалить само принадлежащее гражданам Российской Федерации право на участие в референдуме либо несоразмерно его ограничить. Устанавливая правовые пределы использования института референдума, федеральный законодатель предусмотрел в статье 6 10 Федерального конституционного закона «О референдуме Российской Федерации», что на референдум Российской Федерации могут выноситься вопросы государственного значения, отнесенные Конституцией Российской Федерации к ведению Российской Федерации и к совместному ведению Российской Федерации и субъектов Российской Федерации (часть 4), и одновременно перечислил вопросы, которые на референдум выноситься не могут, назвав в их числе вопросы о принятии и об изменении федерального бюджета и вопросы об исполнении и изменении внутренних финансовых обязательств Российской Федерации (пункт 6 части 5). Выявляя особую правовую природу федеральных законов о федеральном бюджете, Согласно статье 104 (часть 3) Конституции Российской Федерации законопроекты о введении или отмене налогов, освобождении от их уплаты, о выпуске государственных займов, об изменении финансовых обязательств государства, другие законопроекты, предусматривающие расходы, покрываемые за счет федерального бюджета, могут быть внесены в Государственную Думу только при наличии заключения Правительства Российской Федерации. Закрепленное непосредственно Конституцией Российской Федерации понятие «финансовые обязательства государства» употребляется в федеральных конституционных законах «О Правительстве Российской Федерации» (часть пятая статьи 36) и «О референдуме Российской Федерации» (пункт 6 части 5 статьи 6), однако содержание этого понятия в них не раскрывается. Поскольку регулирование и защита прав и свобод человека и гражданина, а также финансовое регулирование – предметы ведения Российской Федерации, по которым федеральный законодатель принимает федеральные конституционные законы и федеральные законы (статья 71, пункты «а», «в», «ж»; статья 76, часть 1; статья 94 Конституции Российской Федерации), постольку и конкретизация указанного конституционного положения – имея в виду, что понятие «внутренние финансовые обязательства Российской Федерации» может быть наполнено различным юридическим содержанием в зависимости от целей правового регулирования, – осуществляется федеральным законодателем. В частности, федеральный законодатель относит к финансовым обязательствам Российской Федерации не только указанные в статьях 75 (часть 4) и 104 (часть 3) Конституции Российской Федерации государственные займы, по которым, согласно Бюджетному кодексу 13 Российской Федерации, возникают обязательства Российской Федерации как заемщика и которые представляют собой форму государственного долга Российской Федерации и источник финансирования дефицита федерального бюджета, но и любые бюджетные обязательства Российской Федерации, т.е. такие расходные обязательства, исполнение которых предусмотрено федеральным законом о бюджете на соответствующий финансовый год (статьи 6, 89, 94, 97 и 98 Бюджетного кодекса Российской Федерации). Включение в понятие «финансовые обязательства Российской Федерации» именно бюджетных, а не любых расходных обязательств Российской Федерации продиктовано тем, что расходные обязательства, как обусловленные нормативными правовыми актами или договорами обязанности Российской Федерации предоставить соответствующим субъектам средства федерального бюджета, выступая основой формирования расходов федерального бюджета, сами по себе, даже если они предусмотрены актом, принятым в текущем бюджетном цикле, но не учтены в федеральном законе о федеральном бюджете и сводной бюджетной росписи на текущий период, не создают обязанность органа, исполняющего бюджет, произвести расходование средств федерального бюджета в течение определенного срока (статьи 84 и 222 Бюджетного кодекса Российской Федерации). Если же требуется корректировка объема расходных обязательств, учтенных в федеральном законе о федеральном бюджете, то соответствующие изменения должны вноситься именно в этот федеральный закон. Данный вывод согласуется с правовой позицией Конституционного Суда Российской Федерации, согласно которой федеральный закон о федеральном бюджете создает надлежащие финансовые условия для реализации норм, закрепленных в иных федеральных законах, изданных до его принятия и предполагающих предоставление каких-либо средств и материальных гарантий и необходимость соответствующих расходов (Постановление от 23 апреля 2004 года</w:t>
      </w:r>
    </w:p>
    <w:p>
      <w:pPr>
        <w:pStyle w:val="Heading3"/>
      </w:pPr>
      <w:r>
        <w:rPr>
          <w:rFonts w:ascii="Times New Roman" w:hAnsi="Times New Roman" w:eastAsia="Times New Roman" w:cs="Times New Roman"/>
          <w:b/>
          <w:i w:val="0"/>
          <w:sz w:val="22"/>
        </w:rPr>
        <w:t>Пункт 4. Конституционные основы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части 7 статьи 6 Федерального конституционного закона «О референдуме Российской Федерации» вопрос, выносимый на референдум, должен быть сформулирован таким образом, чтобы исключалась возможность его множественного толкования, чтобы на него можно было дать только однозначный ответ и чтобы исключалась неопределенность правовых последствий принятого на референдуме решения. Данные требования не могут рассматриваться как противоречащие Конституции Российской Федерации и нарушающие какие-либо 15 конституционные права и свободы, поскольку они имеют целью гарантировать адекватность принимаемых на референдуме решений действительной воле народа как носителя суверенитета и единственного источника власти в Российской Федерации с точки зрения содержания, формы и правовых последствий этих решений, которые, согласно статье 83 названного Федерального конституционного закона, общеобязательны, не нуждаются в дополнительном утверждении, действуют на всей территории Российской Федерации и могут быть отменены или изменены не иначе как путем принятия решения на новом референдуме, если в самом решении не указан иной порядок его отмены или изменения.</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Федеральный конституционный закон «О референдуме Российской Федерации» устанавливает, что подготовку и проведение референдума, обеспечение реализации и защиты права на участие в референдуме осуществляют избирательные комиссии, в том числе Центральная избирательная комиссия Российской Федерации, к полномочиям которой данный Федеральный конституционный закон (часть 13 статьи 15) относит также проверку соответствия выносимых на референдум вопросов требованиям, предусмотренным в его статье 6. Такая проверка на стадии реализации инициативы проведения референдума – необходимый элемент механизма защиты прав граждан Российской Федерации на участие в референдуме и незыблемости закрепленных Конституцией Российской Федерации основ конституционного строя, прав и свобод человека и гражданина и конституционных гарантий их реализации, а также соблюдения установленных Конституцией Российской Федерации исключительных прерогатив Федерального Собрания и других федеральных органов государственной власти. Осуществляя проверку вопросов референдума по форме и содержанию, Центральная избирательная комиссия Российской Федерации – исходя из возложенных на нее задач – выявляет их действительный смысл и определенность правовых последствий решения референдума, для чего при необходимости запрашивает мнения специалистов, назначает экспертизы, получает дополнительные разъяснения у инициаторов референдума относительно сути заявленных вопросов и целей референдума и, принимая решение, на этой основе аргументирует свои выводы, в том числе посредством моделирования возможного истолкования вопросов и правовых последствий ответов на них. Государственные органы, учреждения, их должностные лица обязаны, в свою очередь, оказывать Центральной 17 избирательной комиссии Российской Федерации содействие в реализации ее полномочий, предоставлять необходимые сведения и материалы и давать ответы в пятидневный срок (части 1 и 4 статьи 35 Федерального конституционного закона «О референдуме Российской Федерации»). При выявлении несоответствия вопроса (вопросов) референдума установленным законом критериям участвующие в выдвижении инициативы проведения референдума граждане не лишаются права продолжать начатую процедуру, – напротив, они приобретают возможность устранить выявленные нарушения еще до совершения действий по дальнейшему развитию своей инициативы, требующих значительных организационных ресурсов и материальных затрат, а в случае несогласия с решением – обжаловать его в судебном порядке. Следовательно, наделение Центральной избирательной комиссии Российской Федерации полномочием осуществлять предварительную проверку соответствия вопросов референдума требованиям статьи 6 Федерального конституционного закона «О референдуме Российской Федерации» не противоречит Конституции Российской Федерации постольку, поскольку это согласуется со статусом Центральной избирательной комиссии Российской Федерации, направлено на защиту конституционного права граждан на участие в референдуме, не затрагивает компетенцию каких-либо федеральных органов государственной власти и предполагает подконтрольность Центральной избирательной комиссии Российской Федерации как управомоченного законодателем органа правоприменения суду, решения которого обязательны для исполнения (пункт 11 статьи 20 Федерального закона «Об основных гарантиях избирательных прав и права на участие в референдуме граждан Российской Федерации»). Закрепив в частях 13 и 17 статьи 15 Федерального конституционного закона «О референдуме Российской Федерации» механизм контроля за соблюдением требований его статьи 6 на стадии 18 реализации инициативы проведения референдума, федеральный законодатель предусмотрел, что соответствующее решение Центральной избирательной комиссии Российской Федерации, являющееся основанием для отказа избирательной комиссией субъекта Российской Федерации в регистрации региональной подгруппы инициативной группы по проведению референдума Российской Федерации, может быть обжаловано в Верховный Суд Российской Федерации, а решение избирательной комиссии субъекта Российской Федерации – в верховный суд республики и равные ему суды других субъектов Российской Федерации. Таким образом, споры о том, отвечает ли выносимый на референдум вопрос требованиям статьи 6 названного Федерального конституционного закона, включая споры по поводу соответствия вопросов референдума Конституции Российской Федерации, по поводу возможного ограничения, отмены или умаления ими общепризнанных прав и свобод человека и гражданина, а также конституционных гарантий таких прав и свобод, т.е. споры, конституционные по своей природе, разрешаются без участия учрежденного Конституцией Российской Федерации специализированного судебного органа конституционного контроля. Между тем, как указал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соответствующим Конституции Российской Федерации положение пункта 6 части 5 статьи 6 Федерального конституционного закона «О референдуме Российской Федерации», согласно которому на референдум не могут выноситься вопросы о принятии и об изменении федерального бюджета.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не противоречащим Конституции Российской Федерации положение пункта 6 части 5 статьи 6 Федерального конституционного закона «О референдуме Российской Федерации», согласно которому на референдум не могут выноситься вопросы об исполнении и изменении внутренних финансовых обязательств Российской Федерации, поскольку по своему конституционно-правовому смыслу в системе действующего правового 20 регулирования данное законоположение не допускает вынесение на референдум вопросов, связанных с собственно бюджетными обязательствами Российской Федерации, и не предполагает при этом запрет вынесения на референдум вопросов, ответы на которые могут повлечь изменение расходных обязательств Российской Федерации, учитываемых при формировании расходов федерального бюджета и принятии расходных обязательств, за пределами срока действия федерального закона о федеральном бюджете.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Поскольку приведенная правовая позиция сформулирована Конституционным Судом Российской Федерации достаточно кратко и не вполне определенно, возможно и ограничительное ее толкование, т.е. нельзя исключить, что</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Признать не противоречащим Конституции Российской Федерации положение части 13 статьи 15 Федерального конституционного закона «О референдуме Российской Федерации», как закрепляющее полномочие Центральной избирательной комиссии Российской Федерации осуществлять предварительную проверку соответствия вопроса (вопросов) референдума требованиям, предусмотренным статьей 6 данного Федерального конституционного закона. Признать не соответствующим Конституции Российской Федерации, ее статьям 18, 47 (часть 1), 118 (часть 2), 125 и 126, указанное законоположение во взаимосвязи с положениями части 17 той же статьи и статьи 6, как устанавливающее механизм судебной проверки решений Центральной избирательной комиссии Российской Федерации, который не предполагает разрешение юридических споров, являющихся по своей природе, характеру и последствиям конституционными, в порядке конституционного судопроизводства. Федеральному законодателю надлежит, исходя из статьи 128 (часть 3) Конституции Российской Федерации, урегулировать в федеральном конституционном законе соответствующие полномочия по судебному конституционному контролю за разрешением споров, возникающих из признания Центральной избирательной комиссией Российской Федерации вопросов референдума Российской Федерации не отвечающими требованиям статьи 6 Федерального конституционного закона «О референдуме Российской Федерации».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22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