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15-П/2016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июля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Лусинина Александра Леонидовича на нарушение его конституционных прав частью 1 статьи 55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Г.А.Гаджиева, Ю.М.Данилова, Л.М.Жарковой, С.М.Казанцева, С.Д.Князева, А.Н.Кокотова, Л.О.Красавчиковой, С.П.Маврина, Н.В.Мельникова, Ю.Д.Рудкина, О.С.Хохряковой, рассмотрев вопрос о возможности принятия жалобы гражданина А.Л.Лусинина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Постановлении от 16 июля 2004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Лусинина Александра Леонидовича,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