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28-П/2017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ноября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ходатайства граждан Хмелева Александра Евгеньевича и Хмелева Алексея Евгеньевича о разъяснении Постановления Конституционного Суда Российской Федерации от 14 ноября 2017 года № 28-П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Н.С.Бондаря, Г.А.Гаджиева, Ю.М.Данилова, Л.М.Жарковой, С.М.Казанцева, С.Д.Князева, А.Н.Кокотова, Л.О.Красавчиковой, С.П.Маврина, Н.В.Мельникова, Ю.Д.Рудкина, О.С.Хохряковой, В.Г.Ярославцева, рассмотрев вопрос о возможности принятия ходатайства граждан А.Е.Хмелева и А.Е.Хмелева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своем ходатайстве граждане А.Е.Хмелев и А.Е.Хмелев просят разъяснить Постановление Конституционного Суда Российской Федерации от 14 ноября 2017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смыслу статьи 83 Федерального конституционного закона «О Конституционном Суде Российской Федерации», официальное разъяснение принятого Конституционным Судом Российской Федерации решения может быть дано им в пределах содержания разъясняемого решения по ходатайству органов и лиц, чьи обращения послужили основанием для возбуждения 2 производства в Конституционном Суде Российской Федерации, а также других органов и лиц, которым решение было направлено. Поскольку А.Е.Хмелев и А.Е.Хмелев не являлись участниками конституционного судопроизводства, по результатам которого Конституционным Судом Российской Федерации вынесено Постановление от 14 ноября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ходатайства граждан Хмелева Александра Евгеньевича и Хмелева Алексея Евгеньевича о разъяснении Постановления Конституционного Суда Российской Федерации от 14 ноября 2017 года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данному ходатайству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